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1EA0" w:rsidRDefault="00A1792E" w14:paraId="3D4E5D36" w14:textId="77777777">
      <w:pPr>
        <w:pStyle w:val="Title"/>
      </w:pPr>
      <w:r>
        <w:t>JOB DESCRIPTION</w:t>
      </w:r>
      <w:r>
        <w:br/>
      </w:r>
      <w:r>
        <w:t>SCHOOL ADMINISTRATOR – GRADE 3.4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5"/>
        <w:gridCol w:w="5035"/>
      </w:tblGrid>
      <w:tr w:rsidR="00BE0D64" w14:paraId="545B1E43" w14:textId="77777777">
        <w:trPr>
          <w:jc w:val="center"/>
        </w:trPr>
        <w:tc>
          <w:tcPr>
            <w:tcW w:w="5040" w:type="dxa"/>
            <w:vAlign w:val="center"/>
          </w:tcPr>
          <w:p w:rsidR="00BE0D64" w:rsidRDefault="00A1792E" w14:paraId="025AAB06" w14:textId="77777777">
            <w:r>
              <w:rPr>
                <w:b/>
              </w:rPr>
              <w:t>School</w:t>
            </w:r>
          </w:p>
        </w:tc>
        <w:tc>
          <w:tcPr>
            <w:tcW w:w="5040" w:type="dxa"/>
            <w:vAlign w:val="center"/>
          </w:tcPr>
          <w:p w:rsidR="00BE0D64" w:rsidRDefault="00A1792E" w14:paraId="6B5FC6D1" w14:textId="77777777">
            <w:r>
              <w:t>Risby CEVC Primary School</w:t>
            </w:r>
          </w:p>
        </w:tc>
      </w:tr>
      <w:tr w:rsidR="00BE0D64" w14:paraId="18F5A508" w14:textId="77777777">
        <w:trPr>
          <w:jc w:val="center"/>
        </w:trPr>
        <w:tc>
          <w:tcPr>
            <w:tcW w:w="5040" w:type="dxa"/>
            <w:vAlign w:val="center"/>
          </w:tcPr>
          <w:p w:rsidR="00BE0D64" w:rsidRDefault="00A1792E" w14:paraId="46A4D51E" w14:textId="77777777">
            <w:r>
              <w:rPr>
                <w:b/>
              </w:rPr>
              <w:t>Post</w:t>
            </w:r>
          </w:p>
        </w:tc>
        <w:tc>
          <w:tcPr>
            <w:tcW w:w="5040" w:type="dxa"/>
            <w:vAlign w:val="center"/>
          </w:tcPr>
          <w:p w:rsidR="00271EA0" w:rsidRDefault="00A1792E" w14:paraId="3C90C580" w14:textId="77777777">
            <w:r>
              <w:t>School Administrator</w:t>
            </w:r>
          </w:p>
        </w:tc>
      </w:tr>
      <w:tr w:rsidR="00BE0D64" w14:paraId="2BFB11EF" w14:textId="77777777">
        <w:trPr>
          <w:jc w:val="center"/>
        </w:trPr>
        <w:tc>
          <w:tcPr>
            <w:tcW w:w="5040" w:type="dxa"/>
            <w:vAlign w:val="center"/>
          </w:tcPr>
          <w:p w:rsidR="00BE0D64" w:rsidRDefault="00A1792E" w14:paraId="22C8DC1B" w14:textId="77777777">
            <w:r>
              <w:rPr>
                <w:b/>
              </w:rPr>
              <w:t>Proposed Grade</w:t>
            </w:r>
          </w:p>
        </w:tc>
        <w:tc>
          <w:tcPr>
            <w:tcW w:w="5040" w:type="dxa"/>
            <w:vAlign w:val="center"/>
          </w:tcPr>
          <w:p w:rsidR="00271EA0" w:rsidRDefault="00A1792E" w14:paraId="0EB0B421" w14:textId="77777777">
            <w:r>
              <w:t>Grade 3.4</w:t>
            </w:r>
          </w:p>
        </w:tc>
      </w:tr>
      <w:tr w:rsidR="00BE0D64" w14:paraId="273DC9D7" w14:textId="77777777">
        <w:trPr>
          <w:jc w:val="center"/>
        </w:trPr>
        <w:tc>
          <w:tcPr>
            <w:tcW w:w="5040" w:type="dxa"/>
            <w:vAlign w:val="center"/>
          </w:tcPr>
          <w:p w:rsidR="00BE0D64" w:rsidRDefault="00A1792E" w14:paraId="59EBBD4A" w14:textId="77777777">
            <w:r>
              <w:rPr>
                <w:b/>
              </w:rPr>
              <w:t>Responsible to</w:t>
            </w:r>
          </w:p>
        </w:tc>
        <w:tc>
          <w:tcPr>
            <w:tcW w:w="5040" w:type="dxa"/>
            <w:vAlign w:val="center"/>
          </w:tcPr>
          <w:p w:rsidR="00BE0D64" w:rsidRDefault="00A1792E" w14:paraId="43C993F4" w14:textId="77777777">
            <w:r>
              <w:t>Headteacher</w:t>
            </w:r>
          </w:p>
        </w:tc>
      </w:tr>
    </w:tbl>
    <w:p w:rsidR="00271EA0" w:rsidRDefault="00A1792E" w14:paraId="0874FA8D" w14:textId="77777777">
      <w:pPr>
        <w:pStyle w:val="Heading2"/>
      </w:pPr>
      <w:r>
        <w:t>Employment Details</w:t>
      </w:r>
    </w:p>
    <w:p w:rsidR="00271EA0" w:rsidRDefault="00A1792E" w14:paraId="0ABCA49B" w14:textId="77777777">
      <w:r>
        <w:t>Contract: Permanent</w:t>
      </w:r>
    </w:p>
    <w:p w:rsidR="00271EA0" w:rsidRDefault="00A1792E" w14:paraId="02037653" w14:textId="77777777">
      <w:r>
        <w:t>Working pattern: Term-time only, 39 weeks per year</w:t>
      </w:r>
    </w:p>
    <w:p w:rsidR="00271EA0" w:rsidRDefault="00A1792E" w14:paraId="59DF017A" w14:textId="77777777">
      <w:r>
        <w:t>Hours: 20 paid hours per week</w:t>
      </w:r>
    </w:p>
    <w:p w:rsidR="00271EA0" w:rsidRDefault="00A1792E" w14:paraId="5B488F6B" w14:textId="3107E9A1">
      <w:r w:rsidR="24E3389D">
        <w:rPr/>
        <w:t>Actual annual salary: £1</w:t>
      </w:r>
      <w:r w:rsidR="14288F49">
        <w:rPr/>
        <w:t>1</w:t>
      </w:r>
      <w:r w:rsidR="40D338D6">
        <w:rPr/>
        <w:t xml:space="preserve">991.10 </w:t>
      </w:r>
      <w:r w:rsidR="24E3389D">
        <w:rPr/>
        <w:t>(pro rata)</w:t>
      </w:r>
    </w:p>
    <w:p w:rsidR="00271EA0" w:rsidRDefault="00A1792E" w14:paraId="09B2F482" w14:textId="5579ABE3">
      <w:r w:rsidR="24E3389D">
        <w:rPr/>
        <w:t>Monday and Friday: 8:30am–</w:t>
      </w:r>
      <w:r w:rsidR="17FB68FC">
        <w:rPr/>
        <w:t>3:30</w:t>
      </w:r>
      <w:r w:rsidR="24E3389D">
        <w:rPr/>
        <w:t>pm (30-minute unpaid lunch break each day)</w:t>
      </w:r>
    </w:p>
    <w:p w:rsidR="00271EA0" w:rsidRDefault="00A1792E" w14:paraId="315AE3A3" w14:textId="52D726B1">
      <w:r w:rsidR="24E3389D">
        <w:rPr/>
        <w:t>Tuesday</w:t>
      </w:r>
      <w:r w:rsidR="2165E75C">
        <w:rPr/>
        <w:t xml:space="preserve"> </w:t>
      </w:r>
      <w:r w:rsidR="24E3389D">
        <w:rPr/>
        <w:t>and Thursday: 8:30am–1</w:t>
      </w:r>
      <w:r w:rsidR="32BE68CE">
        <w:rPr/>
        <w:t>2:00pm</w:t>
      </w:r>
    </w:p>
    <w:p w:rsidR="00271EA0" w:rsidRDefault="00A1792E" w14:paraId="06DBB7D7" w14:textId="77777777">
      <w:pPr>
        <w:pStyle w:val="Heading2"/>
      </w:pPr>
      <w:r>
        <w:t>Job Purpose</w:t>
      </w:r>
    </w:p>
    <w:p w:rsidR="00271EA0" w:rsidRDefault="00A1792E" w14:paraId="36285B7E" w14:textId="77777777">
      <w:r>
        <w:t>To support the smooth day-to-day running of the school office by providing a welcoming, accurate and efficient administrative service to pupils, parents/carers, staff, governors, visitors and external organisations. The postholder will carry out routine duties in accordance with school procedures, maintain confidentiality and refer complex matters to the Headteacher or designated colleague.</w:t>
      </w:r>
    </w:p>
    <w:p w:rsidR="00271EA0" w:rsidRDefault="00A1792E" w14:paraId="454AC6F1" w14:textId="77777777">
      <w:pPr>
        <w:pStyle w:val="Heading2"/>
      </w:pPr>
      <w:r>
        <w:t>1. Reception and Communication</w:t>
      </w:r>
    </w:p>
    <w:p w:rsidR="00271EA0" w:rsidRDefault="00A1792E" w14:paraId="60BEE10B" w14:textId="77777777">
      <w:pPr>
        <w:pStyle w:val="ListBullet"/>
      </w:pPr>
      <w:r>
        <w:t>Welcome visitors and follow signing-in, identification and safeguarding procedures.</w:t>
      </w:r>
    </w:p>
    <w:p w:rsidR="00271EA0" w:rsidRDefault="00A1792E" w14:paraId="15CC4681" w14:textId="77777777">
      <w:pPr>
        <w:pStyle w:val="ListBullet"/>
      </w:pPr>
      <w:r>
        <w:t>Answer and redirect telephone calls, emails and general enquiries; take and pass on messages promptly.</w:t>
      </w:r>
    </w:p>
    <w:p w:rsidR="00271EA0" w:rsidRDefault="00A1792E" w14:paraId="58B97EBB" w14:textId="77777777">
      <w:pPr>
        <w:pStyle w:val="ListBullet"/>
      </w:pPr>
      <w:r>
        <w:t>Record pupils arriving late or leaving during the school day in accordance with school procedures.</w:t>
      </w:r>
    </w:p>
    <w:p w:rsidR="00271EA0" w:rsidRDefault="00A1792E" w14:paraId="5F3FAACB" w14:textId="77777777">
      <w:pPr>
        <w:pStyle w:val="ListBullet"/>
      </w:pPr>
      <w:r>
        <w:t>Receive deliveries and distribute correspondence to appropriate colleagues.</w:t>
      </w:r>
    </w:p>
    <w:p w:rsidR="00271EA0" w:rsidRDefault="00A1792E" w14:paraId="288805F0" w14:textId="77777777">
      <w:pPr>
        <w:pStyle w:val="Heading2"/>
      </w:pPr>
      <w:r>
        <w:t>2. Office Administration</w:t>
      </w:r>
    </w:p>
    <w:p w:rsidR="00271EA0" w:rsidRDefault="00A1792E" w14:paraId="05589A03" w14:textId="77777777">
      <w:pPr>
        <w:pStyle w:val="ListBullet"/>
      </w:pPr>
      <w:r>
        <w:t>Prepare and distribute letters, newsletters, forms, reports and other school communications.</w:t>
      </w:r>
    </w:p>
    <w:p w:rsidR="00271EA0" w:rsidRDefault="00A1792E" w14:paraId="3319260E" w14:textId="77777777">
      <w:pPr>
        <w:pStyle w:val="ListBullet"/>
      </w:pPr>
      <w:r>
        <w:t>Maintain school diaries and support arrangements for meetings, trips, visits and events.</w:t>
      </w:r>
    </w:p>
    <w:p w:rsidR="00271EA0" w:rsidRDefault="00A1792E" w14:paraId="66D5AD11" w14:textId="77777777">
      <w:pPr>
        <w:pStyle w:val="ListBullet"/>
      </w:pPr>
      <w:r>
        <w:t>Provide routine administrative support to the Headteacher and teaching staff.</w:t>
      </w:r>
    </w:p>
    <w:p w:rsidR="00271EA0" w:rsidRDefault="00A1792E" w14:paraId="2E5D580B" w14:textId="77777777">
      <w:pPr>
        <w:pStyle w:val="ListBullet"/>
      </w:pPr>
      <w:r>
        <w:t>Maintain accurate electronic and paper filing systems and assist with archiving.</w:t>
      </w:r>
    </w:p>
    <w:p w:rsidR="00271EA0" w:rsidRDefault="00A1792E" w14:paraId="4E0762EE" w14:textId="77777777">
      <w:pPr>
        <w:pStyle w:val="ListBullet"/>
      </w:pPr>
      <w:r>
        <w:t>Support administrative arrangements for school clubs, visits and activities.</w:t>
      </w:r>
    </w:p>
    <w:p w:rsidR="00271EA0" w:rsidRDefault="00A1792E" w14:paraId="0C6B2280" w14:textId="77777777">
      <w:pPr>
        <w:pStyle w:val="ListBullet"/>
      </w:pPr>
      <w:r>
        <w:t>Update designated school information and website content as directed.</w:t>
      </w:r>
    </w:p>
    <w:p w:rsidR="00271EA0" w:rsidRDefault="00A1792E" w14:paraId="05173A68" w14:textId="77777777">
      <w:pPr>
        <w:pStyle w:val="Heading2"/>
      </w:pPr>
      <w:r>
        <w:t>3. Pupil Records and Attendance</w:t>
      </w:r>
    </w:p>
    <w:p w:rsidR="00271EA0" w:rsidRDefault="00A1792E" w14:paraId="67285A35" w14:textId="77777777">
      <w:pPr>
        <w:pStyle w:val="ListBullet"/>
      </w:pPr>
      <w:r>
        <w:t>Maintain accurate pupil records using Arbor and other approved systems.</w:t>
      </w:r>
    </w:p>
    <w:p w:rsidR="00271EA0" w:rsidRDefault="00A1792E" w14:paraId="12198676" w14:textId="77777777">
      <w:pPr>
        <w:pStyle w:val="ListBullet"/>
      </w:pPr>
      <w:r>
        <w:t>Record and monitor daily pupil attendance and follow up unexplained absences in accordance with school procedures.</w:t>
      </w:r>
    </w:p>
    <w:p w:rsidR="00271EA0" w:rsidRDefault="00A1792E" w14:paraId="78482339" w14:textId="77777777">
      <w:pPr>
        <w:pStyle w:val="ListBullet"/>
      </w:pPr>
      <w:r>
        <w:t>Refer unresolved absences or concerns promptly to designated staff.</w:t>
      </w:r>
    </w:p>
    <w:p w:rsidR="00271EA0" w:rsidRDefault="00A1792E" w14:paraId="027C310E" w14:textId="77777777">
      <w:pPr>
        <w:pStyle w:val="ListBullet"/>
      </w:pPr>
      <w:r>
        <w:t>Support admissions, leavers, pupil transfers and secure transfer of records.</w:t>
      </w:r>
    </w:p>
    <w:p w:rsidR="00271EA0" w:rsidRDefault="00A1792E" w14:paraId="71729690" w14:textId="77777777">
      <w:pPr>
        <w:pStyle w:val="ListBullet"/>
      </w:pPr>
      <w:r>
        <w:t>Assist with pupil information updates, leave-of-absence requests and routine attendance reports.</w:t>
      </w:r>
    </w:p>
    <w:p w:rsidR="00271EA0" w:rsidRDefault="00A1792E" w14:paraId="54070029" w14:textId="77777777">
      <w:pPr>
        <w:pStyle w:val="Heading2"/>
      </w:pPr>
      <w:r>
        <w:t>4. School Meals and Pupil Services</w:t>
      </w:r>
    </w:p>
    <w:p w:rsidR="00271EA0" w:rsidRDefault="00A1792E" w14:paraId="2B9DFA64" w14:textId="77777777">
      <w:pPr>
        <w:pStyle w:val="ListBullet"/>
      </w:pPr>
      <w:r>
        <w:t>Record daily school meal choices and numbers and share information with catering staff.</w:t>
      </w:r>
    </w:p>
    <w:p w:rsidR="00271EA0" w:rsidRDefault="00A1792E" w14:paraId="669B8B78" w14:textId="77777777">
      <w:pPr>
        <w:pStyle w:val="ListBullet"/>
      </w:pPr>
      <w:r>
        <w:t>Support the administration of school milk and pupil activities.</w:t>
      </w:r>
    </w:p>
    <w:p w:rsidR="00271EA0" w:rsidRDefault="00A1792E" w14:paraId="78425CD2" w14:textId="77777777">
      <w:pPr>
        <w:pStyle w:val="ListBullet"/>
      </w:pPr>
      <w:r>
        <w:t>Communicate routine information about pupil services to parents/carers.</w:t>
      </w:r>
    </w:p>
    <w:p w:rsidR="00271EA0" w:rsidRDefault="00A1792E" w14:paraId="24EFE983" w14:textId="77777777">
      <w:pPr>
        <w:pStyle w:val="Heading2"/>
      </w:pPr>
      <w:r>
        <w:t>5. Pupil Welfare and Medical Administration</w:t>
      </w:r>
    </w:p>
    <w:p w:rsidR="00271EA0" w:rsidRDefault="00A1792E" w14:paraId="22DE1EEF" w14:textId="77777777">
      <w:pPr>
        <w:pStyle w:val="ListBullet"/>
      </w:pPr>
      <w:r>
        <w:t>Support pupils who become unwell, following school procedures and training.</w:t>
      </w:r>
    </w:p>
    <w:p w:rsidR="00271EA0" w:rsidRDefault="00A1792E" w14:paraId="3E557038" w14:textId="77777777">
      <w:pPr>
        <w:pStyle w:val="ListBullet"/>
      </w:pPr>
      <w:r>
        <w:t>Maintain confidential medical records and assist with updates to Individual Healthcare Plans and Asthma Plans.</w:t>
      </w:r>
    </w:p>
    <w:p w:rsidR="00271EA0" w:rsidRDefault="00A1792E" w14:paraId="6EBEF36D" w14:textId="77777777">
      <w:pPr>
        <w:pStyle w:val="ListBullet"/>
      </w:pPr>
      <w:r>
        <w:t>Support authorised medication administration and first aid where appropriately trained.</w:t>
      </w:r>
    </w:p>
    <w:p w:rsidR="00271EA0" w:rsidRDefault="00A1792E" w14:paraId="2E8D89B2" w14:textId="77777777">
      <w:pPr>
        <w:pStyle w:val="ListBullet"/>
      </w:pPr>
      <w:r>
        <w:t>Pass welfare and medical concerns promptly to designated colleagues.</w:t>
      </w:r>
    </w:p>
    <w:p w:rsidR="00271EA0" w:rsidRDefault="00A1792E" w14:paraId="06E83720" w14:textId="77777777">
      <w:pPr>
        <w:pStyle w:val="Heading2"/>
      </w:pPr>
      <w:r>
        <w:t>6. General Administration</w:t>
      </w:r>
    </w:p>
    <w:p w:rsidR="00271EA0" w:rsidRDefault="00A1792E" w14:paraId="159788B7" w14:textId="77777777">
      <w:pPr>
        <w:pStyle w:val="ListBullet"/>
      </w:pPr>
      <w:r>
        <w:t>Maintain office stationery supplies and refer replenishment needs to the appropriate colleague.</w:t>
      </w:r>
    </w:p>
    <w:p w:rsidR="00271EA0" w:rsidRDefault="00A1792E" w14:paraId="71648FE5" w14:textId="77777777">
      <w:pPr>
        <w:pStyle w:val="ListBullet"/>
      </w:pPr>
      <w:r>
        <w:t>Assist with lost property, school events and routine office organisation.</w:t>
      </w:r>
    </w:p>
    <w:p w:rsidR="00271EA0" w:rsidRDefault="00A1792E" w14:paraId="39F145F8" w14:textId="77777777">
      <w:pPr>
        <w:pStyle w:val="ListBullet"/>
      </w:pPr>
      <w:r>
        <w:t>Work positively with staff, families and external contacts and promote the school ethos.</w:t>
      </w:r>
    </w:p>
    <w:p w:rsidR="00271EA0" w:rsidRDefault="00A1792E" w14:paraId="781605A5" w14:textId="77777777">
      <w:pPr>
        <w:pStyle w:val="ListBullet"/>
      </w:pPr>
      <w:r>
        <w:t>Attend relevant training and undertake other reasonable administrative duties consistent with Grade 3.4.</w:t>
      </w:r>
    </w:p>
    <w:p w:rsidR="00271EA0" w:rsidRDefault="00A1792E" w14:paraId="7FE380E0" w14:textId="77777777">
      <w:pPr>
        <w:pStyle w:val="Heading2"/>
      </w:pPr>
      <w:r>
        <w:t>7. Safeguarding, Data Protection and Health &amp; Safety</w:t>
      </w:r>
    </w:p>
    <w:p w:rsidR="00271EA0" w:rsidRDefault="00A1792E" w14:paraId="55D40DFB" w14:textId="77777777">
      <w:pPr>
        <w:pStyle w:val="ListBullet"/>
      </w:pPr>
      <w:r>
        <w:t>Follow safeguarding, child protection, health and safety and data protection policies.</w:t>
      </w:r>
    </w:p>
    <w:p w:rsidR="00271EA0" w:rsidRDefault="00A1792E" w14:paraId="432932B8" w14:textId="77777777">
      <w:pPr>
        <w:pStyle w:val="ListBullet"/>
      </w:pPr>
      <w:r>
        <w:t>Report concerns promptly to the Designated Safeguarding Lead.</w:t>
      </w:r>
    </w:p>
    <w:p w:rsidR="00271EA0" w:rsidRDefault="00A1792E" w14:paraId="1E8BA333" w14:textId="77777777">
      <w:pPr>
        <w:pStyle w:val="ListBullet"/>
      </w:pPr>
      <w:r>
        <w:t>Handle and store confidential pupil and staff information securely.</w:t>
      </w:r>
    </w:p>
    <w:p w:rsidR="00271EA0" w:rsidRDefault="00A1792E" w14:paraId="6E0093A5" w14:textId="77777777">
      <w:pPr>
        <w:pStyle w:val="Heading2"/>
      </w:pPr>
      <w:r>
        <w:t>Person Specification – School Administrator, Grade 3.4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271EA0" w14:paraId="22373B31" w14:textId="77777777">
        <w:tc>
          <w:tcPr>
            <w:tcW w:w="5040" w:type="dxa"/>
          </w:tcPr>
          <w:p w:rsidR="00271EA0" w:rsidRDefault="00A1792E" w14:paraId="272D2305" w14:textId="77777777">
            <w:r>
              <w:t>Criteria</w:t>
            </w:r>
          </w:p>
        </w:tc>
        <w:tc>
          <w:tcPr>
            <w:tcW w:w="5040" w:type="dxa"/>
          </w:tcPr>
          <w:p w:rsidR="00271EA0" w:rsidRDefault="00A1792E" w14:paraId="09A536E2" w14:textId="77777777">
            <w:r>
              <w:t>Requirements</w:t>
            </w:r>
          </w:p>
        </w:tc>
      </w:tr>
      <w:tr w:rsidR="00271EA0" w14:paraId="449D58EB" w14:textId="77777777">
        <w:tc>
          <w:tcPr>
            <w:tcW w:w="5040" w:type="dxa"/>
          </w:tcPr>
          <w:p w:rsidR="00271EA0" w:rsidRDefault="00A1792E" w14:paraId="3BE69E64" w14:textId="77777777">
            <w:r>
              <w:t>Qualifications and knowledge</w:t>
            </w:r>
          </w:p>
        </w:tc>
        <w:tc>
          <w:tcPr>
            <w:tcW w:w="5040" w:type="dxa"/>
          </w:tcPr>
          <w:p w:rsidR="00271EA0" w:rsidRDefault="00A1792E" w14:paraId="19574922" w14:textId="77777777">
            <w:r>
              <w:t>Good literacy, numeracy and IT skills, including Microsoft Office; understanding of confidentiality and safeguarding. Knowledge of Arbor desirable.</w:t>
            </w:r>
          </w:p>
        </w:tc>
      </w:tr>
      <w:tr w:rsidR="00271EA0" w14:paraId="075345A5" w14:textId="77777777">
        <w:tc>
          <w:tcPr>
            <w:tcW w:w="5040" w:type="dxa"/>
          </w:tcPr>
          <w:p w:rsidR="00271EA0" w:rsidRDefault="00A1792E" w14:paraId="636918B8" w14:textId="77777777">
            <w:r>
              <w:t>Experience</w:t>
            </w:r>
          </w:p>
        </w:tc>
        <w:tc>
          <w:tcPr>
            <w:tcW w:w="5040" w:type="dxa"/>
          </w:tcPr>
          <w:p w:rsidR="00271EA0" w:rsidRDefault="00A1792E" w14:paraId="51E63385" w14:textId="77777777">
            <w:r>
              <w:t>Previous office or administrative experience; school-based administration and pupil record systems desirable.</w:t>
            </w:r>
          </w:p>
        </w:tc>
      </w:tr>
      <w:tr w:rsidR="00271EA0" w14:paraId="0BC13DA2" w14:textId="77777777">
        <w:tc>
          <w:tcPr>
            <w:tcW w:w="5040" w:type="dxa"/>
          </w:tcPr>
          <w:p w:rsidR="00271EA0" w:rsidRDefault="00A1792E" w14:paraId="20A373A1" w14:textId="77777777">
            <w:r>
              <w:t>Skills and abilities</w:t>
            </w:r>
          </w:p>
        </w:tc>
        <w:tc>
          <w:tcPr>
            <w:tcW w:w="5040" w:type="dxa"/>
          </w:tcPr>
          <w:p w:rsidR="00271EA0" w:rsidRDefault="00A1792E" w14:paraId="3997B32B" w14:textId="77777777">
            <w:r>
              <w:t>Friendly and professional communication; organisation, accuracy, discretion, teamwork, initiative and ability to prioritise routine tasks.</w:t>
            </w:r>
          </w:p>
        </w:tc>
      </w:tr>
    </w:tbl>
    <w:p w:rsidR="00271EA0" w:rsidRDefault="00A1792E" w14:paraId="0F662E7F" w14:textId="77777777">
      <w:pPr>
        <w:pStyle w:val="Heading2"/>
      </w:pPr>
      <w:r>
        <w:t>Safeguarding</w:t>
      </w:r>
    </w:p>
    <w:p w:rsidR="00271EA0" w:rsidRDefault="00A1792E" w14:paraId="5E126BEB" w14:textId="77777777">
      <w:r>
        <w:t>Risby CEVC Primary School is committed to safeguarding and promoting the welfare of children and expects all staff and volunteers to share this commitment. Appointment is subject to appropriate pre-employment checks, including an enhanced DBS check.</w:t>
      </w:r>
    </w:p>
    <w:sectPr w:rsidR="00271EA0" w:rsidSect="00034616">
      <w:pgSz w:w="12240" w:h="15840" w:orient="portrait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46492222">
    <w:abstractNumId w:val="8"/>
  </w:num>
  <w:num w:numId="2" w16cid:durableId="1367947057">
    <w:abstractNumId w:val="6"/>
  </w:num>
  <w:num w:numId="3" w16cid:durableId="786433641">
    <w:abstractNumId w:val="5"/>
  </w:num>
  <w:num w:numId="4" w16cid:durableId="551581324">
    <w:abstractNumId w:val="4"/>
  </w:num>
  <w:num w:numId="5" w16cid:durableId="787552465">
    <w:abstractNumId w:val="7"/>
  </w:num>
  <w:num w:numId="6" w16cid:durableId="7218751">
    <w:abstractNumId w:val="3"/>
  </w:num>
  <w:num w:numId="7" w16cid:durableId="1480616449">
    <w:abstractNumId w:val="2"/>
  </w:num>
  <w:num w:numId="8" w16cid:durableId="1829787617">
    <w:abstractNumId w:val="1"/>
  </w:num>
  <w:num w:numId="9" w16cid:durableId="122926813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9E6"/>
    <w:rsid w:val="0015074B"/>
    <w:rsid w:val="00271EA0"/>
    <w:rsid w:val="0029639D"/>
    <w:rsid w:val="002D25D7"/>
    <w:rsid w:val="00326F90"/>
    <w:rsid w:val="00480852"/>
    <w:rsid w:val="00485A5C"/>
    <w:rsid w:val="00614902"/>
    <w:rsid w:val="00855D84"/>
    <w:rsid w:val="00A1792E"/>
    <w:rsid w:val="00AA1D8D"/>
    <w:rsid w:val="00B47730"/>
    <w:rsid w:val="00BE0D64"/>
    <w:rsid w:val="00C40166"/>
    <w:rsid w:val="00CB0664"/>
    <w:rsid w:val="00E524BB"/>
    <w:rsid w:val="00FC693F"/>
    <w:rsid w:val="0316B01D"/>
    <w:rsid w:val="14288F49"/>
    <w:rsid w:val="17FB68FC"/>
    <w:rsid w:val="2165E75C"/>
    <w:rsid w:val="24E3389D"/>
    <w:rsid w:val="32BE68CE"/>
    <w:rsid w:val="40D338D6"/>
    <w:rsid w:val="45259A80"/>
    <w:rsid w:val="7BAF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57A4D6"/>
  <w14:defaultImageDpi w14:val="300"/>
  <w15:docId w15:val="{FD8DA909-88E3-42D6-86A6-05F563E57D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3FFBB9-2422-4C1D-8915-A9C94CC5AFA9}"/>
</file>

<file path=customXml/itemProps3.xml><?xml version="1.0" encoding="utf-8"?>
<ds:datastoreItem xmlns:ds="http://schemas.openxmlformats.org/officeDocument/2006/customXml" ds:itemID="{B9F907C6-ADDE-41F7-A90A-D385CF7D5989}"/>
</file>

<file path=customXml/itemProps4.xml><?xml version="1.0" encoding="utf-8"?>
<ds:datastoreItem xmlns:ds="http://schemas.openxmlformats.org/officeDocument/2006/customXml" ds:itemID="{BB802223-A5B8-4BBC-9FDD-8636FB0844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 Bird</cp:lastModifiedBy>
  <cp:revision>3</cp:revision>
  <dcterms:created xsi:type="dcterms:W3CDTF">2026-10-21T12:39:00Z</dcterms:created>
  <dcterms:modified xsi:type="dcterms:W3CDTF">2026-10-28T17:22:47Z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