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978CB" w14:textId="77777777" w:rsidR="00F315DD" w:rsidRDefault="00F315DD" w:rsidP="408942E5">
      <w:pPr>
        <w:spacing w:after="0"/>
        <w:rPr>
          <w:rFonts w:ascii="Aptos" w:eastAsia="Aptos" w:hAnsi="Aptos" w:cs="Aptos"/>
          <w:b/>
          <w:bCs/>
          <w:color w:val="1F497D" w:themeColor="text2"/>
          <w:sz w:val="32"/>
          <w:szCs w:val="32"/>
        </w:rPr>
      </w:pPr>
    </w:p>
    <w:p w14:paraId="2CE89D71" w14:textId="77777777" w:rsidR="00F315DD" w:rsidRDefault="00F315DD" w:rsidP="408942E5">
      <w:pPr>
        <w:spacing w:after="0"/>
        <w:rPr>
          <w:rFonts w:ascii="Aptos" w:eastAsia="Aptos" w:hAnsi="Aptos" w:cs="Aptos"/>
          <w:b/>
          <w:bCs/>
          <w:color w:val="1F497D" w:themeColor="text2"/>
          <w:sz w:val="32"/>
          <w:szCs w:val="32"/>
        </w:rPr>
      </w:pPr>
    </w:p>
    <w:p w14:paraId="0173C98F" w14:textId="77777777" w:rsidR="00F315DD" w:rsidRDefault="00F315DD" w:rsidP="408942E5">
      <w:pPr>
        <w:spacing w:after="0"/>
        <w:rPr>
          <w:rFonts w:ascii="Aptos" w:eastAsia="Aptos" w:hAnsi="Aptos" w:cs="Aptos"/>
          <w:b/>
          <w:bCs/>
          <w:color w:val="1F497D" w:themeColor="text2"/>
          <w:sz w:val="32"/>
          <w:szCs w:val="32"/>
        </w:rPr>
      </w:pPr>
    </w:p>
    <w:p w14:paraId="1F49632B" w14:textId="77777777" w:rsidR="00F315DD" w:rsidRDefault="00F315DD" w:rsidP="408942E5">
      <w:pPr>
        <w:spacing w:after="0"/>
        <w:rPr>
          <w:rFonts w:ascii="Aptos" w:eastAsia="Aptos" w:hAnsi="Aptos" w:cs="Aptos"/>
          <w:b/>
          <w:bCs/>
          <w:color w:val="1F497D" w:themeColor="text2"/>
          <w:sz w:val="32"/>
          <w:szCs w:val="32"/>
        </w:rPr>
      </w:pPr>
    </w:p>
    <w:p w14:paraId="5C188BFB" w14:textId="6C4A3157" w:rsidR="00990883" w:rsidRPr="00C94BFD" w:rsidRDefault="00447055" w:rsidP="408942E5">
      <w:pPr>
        <w:spacing w:after="0"/>
        <w:rPr>
          <w:rFonts w:ascii="Aptos" w:eastAsia="Aptos" w:hAnsi="Aptos" w:cs="Aptos"/>
          <w:b/>
          <w:bCs/>
          <w:color w:val="1F497D" w:themeColor="text2"/>
          <w:sz w:val="32"/>
          <w:szCs w:val="32"/>
        </w:rPr>
      </w:pPr>
      <w:r w:rsidRPr="408942E5">
        <w:rPr>
          <w:rFonts w:ascii="Aptos" w:eastAsia="Aptos" w:hAnsi="Aptos" w:cs="Aptos"/>
          <w:b/>
          <w:bCs/>
          <w:color w:val="1F497D" w:themeColor="text2"/>
          <w:sz w:val="32"/>
          <w:szCs w:val="32"/>
        </w:rPr>
        <w:t>Role</w:t>
      </w:r>
      <w:r w:rsidR="2D5D73D2" w:rsidRPr="408942E5">
        <w:rPr>
          <w:rFonts w:ascii="Aptos" w:eastAsia="Aptos" w:hAnsi="Aptos" w:cs="Aptos"/>
          <w:b/>
          <w:bCs/>
          <w:color w:val="1F497D" w:themeColor="text2"/>
          <w:sz w:val="32"/>
          <w:szCs w:val="32"/>
        </w:rPr>
        <w:t xml:space="preserve"> Detail</w:t>
      </w:r>
    </w:p>
    <w:tbl>
      <w:tblPr>
        <w:tblStyle w:val="TableGrid"/>
        <w:tblW w:w="9475" w:type="dxa"/>
        <w:tblLook w:val="04A0" w:firstRow="1" w:lastRow="0" w:firstColumn="1" w:lastColumn="0" w:noHBand="0" w:noVBand="1"/>
      </w:tblPr>
      <w:tblGrid>
        <w:gridCol w:w="3539"/>
        <w:gridCol w:w="5936"/>
      </w:tblGrid>
      <w:tr w:rsidR="00990883" w14:paraId="37D35EC1" w14:textId="77777777" w:rsidTr="00447055">
        <w:tc>
          <w:tcPr>
            <w:tcW w:w="3539" w:type="dxa"/>
            <w:shd w:val="clear" w:color="auto" w:fill="D9D9D9" w:themeFill="background1" w:themeFillShade="D9"/>
          </w:tcPr>
          <w:p w14:paraId="40801422" w14:textId="3DD4650D" w:rsidR="00990883" w:rsidRDefault="5992D169" w:rsidP="30818E9D">
            <w:pPr>
              <w:rPr>
                <w:rFonts w:ascii="Aptos" w:eastAsia="Aptos" w:hAnsi="Aptos" w:cs="Aptos"/>
                <w:sz w:val="24"/>
                <w:szCs w:val="24"/>
              </w:rPr>
            </w:pPr>
            <w:r w:rsidRPr="30818E9D">
              <w:rPr>
                <w:rFonts w:ascii="Aptos" w:eastAsia="Aptos" w:hAnsi="Aptos" w:cs="Aptos"/>
                <w:sz w:val="24"/>
                <w:szCs w:val="24"/>
              </w:rPr>
              <w:t>Job Title</w:t>
            </w:r>
            <w:r w:rsidR="639733ED" w:rsidRPr="30818E9D">
              <w:rPr>
                <w:rFonts w:ascii="Aptos" w:eastAsia="Aptos" w:hAnsi="Aptos" w:cs="Aptos"/>
                <w:sz w:val="24"/>
                <w:szCs w:val="24"/>
              </w:rPr>
              <w:t>:</w:t>
            </w:r>
          </w:p>
        </w:tc>
        <w:sdt>
          <w:sdtPr>
            <w:rPr>
              <w:rFonts w:ascii="Aptos" w:eastAsia="Aptos" w:hAnsi="Aptos" w:cs="Aptos"/>
              <w:sz w:val="24"/>
              <w:szCs w:val="24"/>
            </w:rPr>
            <w:id w:val="-2037642520"/>
            <w:placeholder>
              <w:docPart w:val="DefaultPlaceholder_-1854013440"/>
            </w:placeholder>
            <w:showingPlcHdr/>
            <w:text/>
          </w:sdtPr>
          <w:sdtContent>
            <w:tc>
              <w:tcPr>
                <w:tcW w:w="5936" w:type="dxa"/>
              </w:tcPr>
              <w:p w14:paraId="0C9128B5" w14:textId="002369C7" w:rsidR="00990883" w:rsidRDefault="00BE1EC3" w:rsidP="30818E9D">
                <w:pPr>
                  <w:rPr>
                    <w:rFonts w:ascii="Aptos" w:eastAsia="Aptos" w:hAnsi="Aptos" w:cs="Aptos"/>
                    <w:sz w:val="24"/>
                    <w:szCs w:val="24"/>
                  </w:rPr>
                </w:pPr>
                <w:r w:rsidRPr="00551D8E">
                  <w:rPr>
                    <w:rStyle w:val="PlaceholderText"/>
                  </w:rPr>
                  <w:t>Click or tap here to enter text.</w:t>
                </w:r>
              </w:p>
            </w:tc>
          </w:sdtContent>
        </w:sdt>
      </w:tr>
      <w:tr w:rsidR="00990883" w14:paraId="1D37D549" w14:textId="77777777" w:rsidTr="00447055">
        <w:tc>
          <w:tcPr>
            <w:tcW w:w="3539" w:type="dxa"/>
            <w:shd w:val="clear" w:color="auto" w:fill="D9D9D9" w:themeFill="background1" w:themeFillShade="D9"/>
          </w:tcPr>
          <w:p w14:paraId="4B26C188" w14:textId="2003AC90" w:rsidR="00990883" w:rsidRPr="00583263" w:rsidRDefault="639733ED" w:rsidP="30818E9D">
            <w:pPr>
              <w:rPr>
                <w:rFonts w:ascii="Aptos" w:eastAsia="Aptos" w:hAnsi="Aptos" w:cs="Aptos"/>
                <w:sz w:val="24"/>
                <w:szCs w:val="24"/>
              </w:rPr>
            </w:pPr>
            <w:r w:rsidRPr="30818E9D">
              <w:rPr>
                <w:rFonts w:ascii="Aptos" w:eastAsia="Aptos" w:hAnsi="Aptos" w:cs="Aptos"/>
                <w:sz w:val="24"/>
                <w:szCs w:val="24"/>
              </w:rPr>
              <w:t>Team/Service</w:t>
            </w:r>
            <w:r w:rsidR="4EAF6027" w:rsidRPr="30818E9D">
              <w:rPr>
                <w:rFonts w:ascii="Aptos" w:eastAsia="Aptos" w:hAnsi="Aptos" w:cs="Aptos"/>
                <w:sz w:val="24"/>
                <w:szCs w:val="24"/>
              </w:rPr>
              <w:t xml:space="preserve"> (if known):</w:t>
            </w:r>
          </w:p>
          <w:p w14:paraId="42E6D207" w14:textId="77777777" w:rsidR="00990883" w:rsidRDefault="00990883" w:rsidP="30818E9D">
            <w:pPr>
              <w:rPr>
                <w:rFonts w:ascii="Aptos" w:eastAsia="Aptos" w:hAnsi="Aptos" w:cs="Aptos"/>
                <w:sz w:val="24"/>
                <w:szCs w:val="24"/>
              </w:rPr>
            </w:pPr>
          </w:p>
        </w:tc>
        <w:sdt>
          <w:sdtPr>
            <w:rPr>
              <w:rFonts w:ascii="Aptos" w:eastAsia="Aptos" w:hAnsi="Aptos" w:cs="Aptos"/>
              <w:sz w:val="24"/>
              <w:szCs w:val="24"/>
            </w:rPr>
            <w:id w:val="32306807"/>
            <w:placeholder>
              <w:docPart w:val="DefaultPlaceholder_-1854013440"/>
            </w:placeholder>
            <w:showingPlcHdr/>
            <w:text/>
          </w:sdtPr>
          <w:sdtContent>
            <w:tc>
              <w:tcPr>
                <w:tcW w:w="5936" w:type="dxa"/>
              </w:tcPr>
              <w:p w14:paraId="2C142E10" w14:textId="524C9338" w:rsidR="00990883" w:rsidRDefault="00D7696B" w:rsidP="30818E9D">
                <w:pPr>
                  <w:rPr>
                    <w:rFonts w:ascii="Aptos" w:eastAsia="Aptos" w:hAnsi="Aptos" w:cs="Aptos"/>
                    <w:sz w:val="24"/>
                    <w:szCs w:val="24"/>
                  </w:rPr>
                </w:pPr>
                <w:r w:rsidRPr="00551D8E">
                  <w:rPr>
                    <w:rStyle w:val="PlaceholderText"/>
                  </w:rPr>
                  <w:t>Click or tap here to enter text.</w:t>
                </w:r>
              </w:p>
            </w:tc>
          </w:sdtContent>
        </w:sdt>
      </w:tr>
      <w:tr w:rsidR="00990883" w14:paraId="5C0D2845" w14:textId="77777777" w:rsidTr="00447055">
        <w:tc>
          <w:tcPr>
            <w:tcW w:w="3539" w:type="dxa"/>
            <w:shd w:val="clear" w:color="auto" w:fill="D9D9D9" w:themeFill="background1" w:themeFillShade="D9"/>
          </w:tcPr>
          <w:p w14:paraId="01FE1136" w14:textId="7490C1B0" w:rsidR="00990883" w:rsidRDefault="4EAF6027" w:rsidP="30818E9D">
            <w:pPr>
              <w:rPr>
                <w:rFonts w:ascii="Aptos" w:eastAsia="Aptos" w:hAnsi="Aptos" w:cs="Aptos"/>
                <w:sz w:val="24"/>
                <w:szCs w:val="24"/>
              </w:rPr>
            </w:pPr>
            <w:r w:rsidRPr="30818E9D">
              <w:rPr>
                <w:rFonts w:ascii="Aptos" w:eastAsia="Aptos" w:hAnsi="Aptos" w:cs="Aptos"/>
                <w:sz w:val="24"/>
                <w:szCs w:val="24"/>
              </w:rPr>
              <w:t>Where did you see this vacancy advertised?</w:t>
            </w:r>
          </w:p>
        </w:tc>
        <w:sdt>
          <w:sdtPr>
            <w:rPr>
              <w:rFonts w:ascii="Aptos" w:eastAsia="Aptos" w:hAnsi="Aptos" w:cs="Aptos"/>
              <w:sz w:val="24"/>
              <w:szCs w:val="24"/>
            </w:rPr>
            <w:id w:val="-425422659"/>
            <w:placeholder>
              <w:docPart w:val="DefaultPlaceholder_-1854013440"/>
            </w:placeholder>
            <w:showingPlcHdr/>
            <w:text/>
          </w:sdtPr>
          <w:sdtContent>
            <w:tc>
              <w:tcPr>
                <w:tcW w:w="5936" w:type="dxa"/>
              </w:tcPr>
              <w:p w14:paraId="0AE7073B" w14:textId="01D0F7A2" w:rsidR="00990883" w:rsidRDefault="00D7696B" w:rsidP="30818E9D">
                <w:pPr>
                  <w:rPr>
                    <w:rFonts w:ascii="Aptos" w:eastAsia="Aptos" w:hAnsi="Aptos" w:cs="Aptos"/>
                    <w:sz w:val="24"/>
                    <w:szCs w:val="24"/>
                  </w:rPr>
                </w:pPr>
                <w:r w:rsidRPr="00551D8E">
                  <w:rPr>
                    <w:rStyle w:val="PlaceholderText"/>
                  </w:rPr>
                  <w:t>Click or tap here to enter text.</w:t>
                </w:r>
              </w:p>
            </w:tc>
          </w:sdtContent>
        </w:sdt>
      </w:tr>
      <w:tr w:rsidR="007A1069" w14:paraId="14F968D5" w14:textId="77777777" w:rsidTr="00447055">
        <w:tc>
          <w:tcPr>
            <w:tcW w:w="3539" w:type="dxa"/>
            <w:shd w:val="clear" w:color="auto" w:fill="D9D9D9" w:themeFill="background1" w:themeFillShade="D9"/>
          </w:tcPr>
          <w:p w14:paraId="44A335C0" w14:textId="3D8D2263" w:rsidR="007A1069" w:rsidRPr="30818E9D" w:rsidRDefault="007A1069" w:rsidP="30818E9D">
            <w:pPr>
              <w:rPr>
                <w:rFonts w:ascii="Aptos" w:eastAsia="Aptos" w:hAnsi="Aptos" w:cs="Aptos"/>
                <w:sz w:val="24"/>
                <w:szCs w:val="24"/>
              </w:rPr>
            </w:pPr>
            <w:r>
              <w:rPr>
                <w:rFonts w:ascii="Aptos" w:eastAsia="Aptos" w:hAnsi="Aptos" w:cs="Aptos"/>
                <w:sz w:val="24"/>
                <w:szCs w:val="24"/>
              </w:rPr>
              <w:t>Preferred hours (if applicable)</w:t>
            </w:r>
          </w:p>
        </w:tc>
        <w:sdt>
          <w:sdtPr>
            <w:rPr>
              <w:rFonts w:ascii="Aptos" w:eastAsia="Aptos" w:hAnsi="Aptos" w:cs="Aptos"/>
              <w:sz w:val="24"/>
              <w:szCs w:val="24"/>
            </w:rPr>
            <w:id w:val="1891761484"/>
            <w:placeholder>
              <w:docPart w:val="DefaultPlaceholder_-1854013440"/>
            </w:placeholder>
            <w:showingPlcHdr/>
            <w:text/>
          </w:sdtPr>
          <w:sdtContent>
            <w:tc>
              <w:tcPr>
                <w:tcW w:w="5936" w:type="dxa"/>
              </w:tcPr>
              <w:p w14:paraId="4451E635" w14:textId="5D7E9882" w:rsidR="007A1069" w:rsidRDefault="00D7696B" w:rsidP="30818E9D">
                <w:pPr>
                  <w:rPr>
                    <w:rFonts w:ascii="Aptos" w:eastAsia="Aptos" w:hAnsi="Aptos" w:cs="Aptos"/>
                    <w:sz w:val="24"/>
                    <w:szCs w:val="24"/>
                  </w:rPr>
                </w:pPr>
                <w:r w:rsidRPr="00551D8E">
                  <w:rPr>
                    <w:rStyle w:val="PlaceholderText"/>
                  </w:rPr>
                  <w:t>Click or tap here to enter text.</w:t>
                </w:r>
              </w:p>
            </w:tc>
          </w:sdtContent>
        </w:sdt>
      </w:tr>
    </w:tbl>
    <w:p w14:paraId="07563EB0" w14:textId="77B2AE6A" w:rsidR="30818E9D" w:rsidRDefault="30818E9D" w:rsidP="30818E9D">
      <w:pPr>
        <w:spacing w:after="0"/>
        <w:rPr>
          <w:rFonts w:ascii="Aptos" w:eastAsia="Aptos" w:hAnsi="Aptos" w:cs="Aptos"/>
          <w:b/>
          <w:bCs/>
          <w:sz w:val="24"/>
          <w:szCs w:val="24"/>
          <w:highlight w:val="yellow"/>
        </w:rPr>
      </w:pPr>
    </w:p>
    <w:p w14:paraId="49F5D6EA" w14:textId="6A00573D" w:rsidR="004F367F" w:rsidRPr="008F43CF" w:rsidRDefault="7899E940" w:rsidP="00F14455">
      <w:pPr>
        <w:spacing w:after="0" w:line="240" w:lineRule="auto"/>
        <w:jc w:val="both"/>
        <w:rPr>
          <w:rFonts w:ascii="Aptos" w:eastAsia="Aptos" w:hAnsi="Aptos" w:cs="Aptos"/>
          <w:color w:val="000000" w:themeColor="text1"/>
          <w:sz w:val="24"/>
          <w:szCs w:val="24"/>
        </w:rPr>
      </w:pPr>
      <w:r w:rsidRPr="1C64089B">
        <w:rPr>
          <w:rFonts w:ascii="Aptos" w:eastAsia="Aptos" w:hAnsi="Aptos" w:cs="Aptos"/>
          <w:color w:val="000000" w:themeColor="text1"/>
          <w:sz w:val="24"/>
          <w:szCs w:val="24"/>
          <w:lang w:val="en-GB"/>
        </w:rPr>
        <w:t>Suffolk Family Carers is dedicated to protecting children, young people, and adults at risk who use our services. We make sure our recruitment processes are thorough and designed to prevent unsuitable individuals from working with vulnerable people</w:t>
      </w:r>
      <w:r w:rsidR="2B9C7E00" w:rsidRPr="1C64089B">
        <w:rPr>
          <w:rFonts w:ascii="Aptos" w:eastAsia="Aptos" w:hAnsi="Aptos" w:cs="Aptos"/>
          <w:color w:val="000000" w:themeColor="text1"/>
          <w:sz w:val="24"/>
          <w:szCs w:val="24"/>
          <w:lang w:val="en-GB"/>
        </w:rPr>
        <w:t xml:space="preserve"> and follow the Safer Recruitment principles. </w:t>
      </w:r>
    </w:p>
    <w:p w14:paraId="7B09E263" w14:textId="52D2BCF5" w:rsidR="004F367F" w:rsidRPr="008F43CF" w:rsidRDefault="004F367F" w:rsidP="00F14455">
      <w:pPr>
        <w:spacing w:after="0" w:line="240" w:lineRule="auto"/>
        <w:jc w:val="both"/>
        <w:rPr>
          <w:rFonts w:ascii="Aptos" w:eastAsia="Aptos" w:hAnsi="Aptos" w:cs="Aptos"/>
          <w:color w:val="000000" w:themeColor="text1"/>
          <w:sz w:val="24"/>
          <w:szCs w:val="24"/>
        </w:rPr>
      </w:pPr>
    </w:p>
    <w:p w14:paraId="61B6F402" w14:textId="629EB962" w:rsidR="004F367F" w:rsidRPr="008F43CF" w:rsidRDefault="7899E940" w:rsidP="35866A5D">
      <w:pPr>
        <w:spacing w:after="0" w:line="240" w:lineRule="auto"/>
        <w:jc w:val="both"/>
        <w:rPr>
          <w:rFonts w:ascii="Aptos" w:eastAsia="Aptos" w:hAnsi="Aptos" w:cs="Aptos"/>
          <w:color w:val="000000" w:themeColor="text1"/>
          <w:sz w:val="24"/>
          <w:szCs w:val="24"/>
          <w:lang w:val="en-GB"/>
        </w:rPr>
      </w:pPr>
      <w:r w:rsidRPr="1E65946D">
        <w:rPr>
          <w:rFonts w:ascii="Aptos" w:eastAsia="Aptos" w:hAnsi="Aptos" w:cs="Aptos"/>
          <w:color w:val="000000" w:themeColor="text1"/>
          <w:sz w:val="24"/>
          <w:szCs w:val="24"/>
          <w:lang w:val="en-GB"/>
        </w:rPr>
        <w:t>Everyone who works or volunteers with us must be competent, confident, and safe in their role. Any position involving contact with children, young people, or adults at risk will require a Disclosure and Barring Service (DBS) check</w:t>
      </w:r>
      <w:r w:rsidR="10AE57D8" w:rsidRPr="1E65946D">
        <w:rPr>
          <w:rFonts w:ascii="Aptos" w:eastAsia="Aptos" w:hAnsi="Aptos" w:cs="Aptos"/>
          <w:color w:val="000000" w:themeColor="text1"/>
          <w:sz w:val="24"/>
          <w:szCs w:val="24"/>
          <w:lang w:val="en-GB"/>
        </w:rPr>
        <w:t xml:space="preserve"> at the appropriate level,</w:t>
      </w:r>
      <w:r w:rsidRPr="1E65946D">
        <w:rPr>
          <w:rFonts w:ascii="Aptos" w:eastAsia="Aptos" w:hAnsi="Aptos" w:cs="Aptos"/>
          <w:color w:val="000000" w:themeColor="text1"/>
          <w:sz w:val="24"/>
          <w:szCs w:val="24"/>
          <w:lang w:val="en-GB"/>
        </w:rPr>
        <w:t xml:space="preserve"> before starting work.</w:t>
      </w:r>
    </w:p>
    <w:p w14:paraId="2F0006B5" w14:textId="399A52B5" w:rsidR="004F367F" w:rsidRPr="008F43CF" w:rsidRDefault="004F367F" w:rsidP="00F14455">
      <w:pPr>
        <w:spacing w:after="0" w:line="240" w:lineRule="auto"/>
        <w:jc w:val="both"/>
        <w:rPr>
          <w:rFonts w:ascii="Aptos" w:eastAsia="Aptos" w:hAnsi="Aptos" w:cs="Aptos"/>
          <w:color w:val="000000" w:themeColor="text1"/>
          <w:sz w:val="24"/>
          <w:szCs w:val="24"/>
          <w:lang w:val="en-GB"/>
        </w:rPr>
      </w:pPr>
    </w:p>
    <w:p w14:paraId="009DD6C7" w14:textId="7E64B521" w:rsidR="004F367F" w:rsidRPr="006100F1" w:rsidRDefault="2A530C3B" w:rsidP="00F14455">
      <w:pPr>
        <w:spacing w:after="0" w:line="240" w:lineRule="auto"/>
        <w:rPr>
          <w:rFonts w:ascii="Aptos" w:hAnsi="Aptos"/>
          <w:sz w:val="24"/>
          <w:szCs w:val="24"/>
        </w:rPr>
      </w:pPr>
      <w:r w:rsidRPr="1E65946D">
        <w:rPr>
          <w:rFonts w:ascii="Aptos" w:eastAsia="Segoe UI" w:hAnsi="Aptos" w:cs="Segoe UI"/>
          <w:sz w:val="24"/>
          <w:szCs w:val="24"/>
        </w:rPr>
        <w:t>Applicants may use AI tools to support drafting their application; however, all information submitted must accurately reflect their own skills, experience and knowledge</w:t>
      </w:r>
      <w:r w:rsidR="00471F17" w:rsidRPr="1E65946D">
        <w:rPr>
          <w:rFonts w:ascii="Aptos" w:eastAsia="Segoe UI" w:hAnsi="Aptos" w:cs="Segoe UI"/>
          <w:sz w:val="24"/>
          <w:szCs w:val="24"/>
        </w:rPr>
        <w:t>.</w:t>
      </w:r>
    </w:p>
    <w:p w14:paraId="547A2EFB" w14:textId="77777777" w:rsidR="00B0020E" w:rsidRPr="00B0020E" w:rsidRDefault="00B0020E" w:rsidP="00F14455">
      <w:pPr>
        <w:spacing w:after="0" w:line="240" w:lineRule="auto"/>
      </w:pPr>
    </w:p>
    <w:p w14:paraId="3BC622F5" w14:textId="76994AA9" w:rsidR="00885173" w:rsidRDefault="7CA5FC21" w:rsidP="00F14455">
      <w:pPr>
        <w:spacing w:line="240" w:lineRule="auto"/>
        <w:jc w:val="both"/>
        <w:rPr>
          <w:rFonts w:ascii="Aptos" w:eastAsia="Aptos" w:hAnsi="Aptos" w:cs="Aptos"/>
          <w:sz w:val="24"/>
          <w:szCs w:val="24"/>
        </w:rPr>
      </w:pPr>
      <w:r w:rsidRPr="30818E9D">
        <w:rPr>
          <w:rFonts w:ascii="Aptos" w:eastAsia="Aptos" w:hAnsi="Aptos" w:cs="Aptos"/>
          <w:sz w:val="24"/>
          <w:szCs w:val="24"/>
        </w:rPr>
        <w:t>We are committed to creating a diverse and inclusive workplace. We welcome applications from all candidates, regardless of race, gender identity, disability, neurodiversity, religion/belief, sexual orientation, or age. We believe that diversity brings strength and innovation to our team.</w:t>
      </w:r>
    </w:p>
    <w:p w14:paraId="3B0627A3" w14:textId="77777777" w:rsidR="002C0D85" w:rsidRPr="002C0D85" w:rsidRDefault="002C0D85" w:rsidP="00F14455">
      <w:pPr>
        <w:spacing w:line="240" w:lineRule="auto"/>
        <w:jc w:val="both"/>
        <w:rPr>
          <w:rFonts w:ascii="Aptos" w:eastAsia="Aptos" w:hAnsi="Aptos" w:cs="Aptos"/>
          <w:sz w:val="24"/>
          <w:szCs w:val="24"/>
          <w:lang w:val="en-GB"/>
        </w:rPr>
      </w:pPr>
      <w:r w:rsidRPr="002C0D85">
        <w:rPr>
          <w:rFonts w:ascii="Aptos" w:eastAsia="Aptos" w:hAnsi="Aptos" w:cs="Aptos"/>
          <w:sz w:val="24"/>
          <w:szCs w:val="24"/>
          <w:lang w:val="en-GB"/>
        </w:rPr>
        <w:t>Suffolk Family Carers will process the personal information you provide as part of the recruitment process in accordance with UK GDPR and the Data Protection Act 2018.</w:t>
      </w:r>
    </w:p>
    <w:p w14:paraId="762B6F47" w14:textId="73D3E1E3" w:rsidR="002C0D85" w:rsidRPr="002C0D85" w:rsidRDefault="002C0D85" w:rsidP="00F14455">
      <w:pPr>
        <w:spacing w:line="240" w:lineRule="auto"/>
        <w:jc w:val="both"/>
        <w:rPr>
          <w:rFonts w:ascii="Aptos" w:eastAsia="Aptos" w:hAnsi="Aptos" w:cs="Aptos"/>
          <w:sz w:val="24"/>
          <w:szCs w:val="24"/>
          <w:lang w:val="en-GB"/>
        </w:rPr>
      </w:pPr>
      <w:r w:rsidRPr="002C0D85">
        <w:rPr>
          <w:rFonts w:ascii="Aptos" w:eastAsia="Aptos" w:hAnsi="Aptos" w:cs="Aptos"/>
          <w:sz w:val="24"/>
          <w:szCs w:val="24"/>
          <w:lang w:val="en-GB"/>
        </w:rPr>
        <w:t>Information provided within this application will be used for recruitment, selection, safeguarding</w:t>
      </w:r>
      <w:r w:rsidR="002A731C">
        <w:rPr>
          <w:rFonts w:ascii="Aptos" w:eastAsia="Aptos" w:hAnsi="Aptos" w:cs="Aptos"/>
          <w:sz w:val="24"/>
          <w:szCs w:val="24"/>
          <w:lang w:val="en-GB"/>
        </w:rPr>
        <w:t xml:space="preserve"> and </w:t>
      </w:r>
      <w:r w:rsidRPr="002C0D85">
        <w:rPr>
          <w:rFonts w:ascii="Aptos" w:eastAsia="Aptos" w:hAnsi="Aptos" w:cs="Aptos"/>
          <w:sz w:val="24"/>
          <w:szCs w:val="24"/>
          <w:lang w:val="en-GB"/>
        </w:rPr>
        <w:t>equality monitoring (where applicable)</w:t>
      </w:r>
      <w:r w:rsidR="002A731C">
        <w:rPr>
          <w:rFonts w:ascii="Aptos" w:eastAsia="Aptos" w:hAnsi="Aptos" w:cs="Aptos"/>
          <w:sz w:val="24"/>
          <w:szCs w:val="24"/>
          <w:lang w:val="en-GB"/>
        </w:rPr>
        <w:t>.</w:t>
      </w:r>
    </w:p>
    <w:p w14:paraId="7B58F98A" w14:textId="6486A428" w:rsidR="002C0D85" w:rsidRDefault="002C0D85" w:rsidP="00F14455">
      <w:pPr>
        <w:spacing w:line="240" w:lineRule="auto"/>
        <w:jc w:val="both"/>
        <w:rPr>
          <w:rFonts w:ascii="Aptos" w:eastAsia="Aptos" w:hAnsi="Aptos" w:cs="Aptos"/>
          <w:sz w:val="24"/>
          <w:szCs w:val="24"/>
          <w:lang w:val="en-GB"/>
        </w:rPr>
      </w:pPr>
      <w:r w:rsidRPr="002C0D85">
        <w:rPr>
          <w:rFonts w:ascii="Aptos" w:eastAsia="Aptos" w:hAnsi="Aptos" w:cs="Aptos"/>
          <w:sz w:val="24"/>
          <w:szCs w:val="24"/>
          <w:lang w:val="en-GB"/>
        </w:rPr>
        <w:t>For information about how we collect, use, retain and protect your personal data, please refer to our Recruitment Privacy Notice</w:t>
      </w:r>
      <w:r w:rsidR="002208F4">
        <w:rPr>
          <w:rFonts w:ascii="Aptos" w:eastAsia="Aptos" w:hAnsi="Aptos" w:cs="Aptos"/>
          <w:sz w:val="24"/>
          <w:szCs w:val="24"/>
          <w:lang w:val="en-GB"/>
        </w:rPr>
        <w:t>.</w:t>
      </w:r>
    </w:p>
    <w:p w14:paraId="365FEB07" w14:textId="58F83BAA" w:rsidR="00940EA1" w:rsidRPr="002C0D85" w:rsidRDefault="00940EA1" w:rsidP="00F14455">
      <w:pPr>
        <w:spacing w:line="240" w:lineRule="auto"/>
        <w:jc w:val="both"/>
        <w:rPr>
          <w:rFonts w:ascii="Aptos" w:eastAsia="Aptos" w:hAnsi="Aptos" w:cs="Aptos"/>
          <w:sz w:val="24"/>
          <w:szCs w:val="24"/>
          <w:lang w:val="en-GB"/>
        </w:rPr>
      </w:pPr>
      <w:r w:rsidRPr="42545442">
        <w:rPr>
          <w:rFonts w:ascii="Aptos" w:eastAsia="Aptos" w:hAnsi="Aptos" w:cs="Aptos"/>
          <w:sz w:val="24"/>
          <w:szCs w:val="24"/>
          <w:lang w:val="en-GB"/>
        </w:rPr>
        <w:t xml:space="preserve">The Supporting </w:t>
      </w:r>
      <w:r w:rsidR="00926E7B" w:rsidRPr="42545442">
        <w:rPr>
          <w:rFonts w:ascii="Aptos" w:eastAsia="Aptos" w:hAnsi="Aptos" w:cs="Aptos"/>
          <w:sz w:val="24"/>
          <w:szCs w:val="24"/>
          <w:lang w:val="en-GB"/>
        </w:rPr>
        <w:t xml:space="preserve">Statement section is your </w:t>
      </w:r>
      <w:r w:rsidR="00ED0C30" w:rsidRPr="42545442">
        <w:rPr>
          <w:rFonts w:ascii="Aptos" w:eastAsia="Aptos" w:hAnsi="Aptos" w:cs="Aptos"/>
          <w:sz w:val="24"/>
          <w:szCs w:val="24"/>
          <w:lang w:val="en-GB"/>
        </w:rPr>
        <w:t>opportunity to explain how you mee</w:t>
      </w:r>
      <w:r w:rsidR="42EF9BF9" w:rsidRPr="42545442">
        <w:rPr>
          <w:rFonts w:ascii="Aptos" w:eastAsia="Aptos" w:hAnsi="Aptos" w:cs="Aptos"/>
          <w:sz w:val="24"/>
          <w:szCs w:val="24"/>
          <w:lang w:val="en-GB"/>
        </w:rPr>
        <w:t>t</w:t>
      </w:r>
      <w:r w:rsidR="00ED0C30" w:rsidRPr="42545442">
        <w:rPr>
          <w:rFonts w:ascii="Aptos" w:eastAsia="Aptos" w:hAnsi="Aptos" w:cs="Aptos"/>
          <w:sz w:val="24"/>
          <w:szCs w:val="24"/>
          <w:lang w:val="en-GB"/>
        </w:rPr>
        <w:t xml:space="preserve"> the criteria for the post, please use the job description and person specification </w:t>
      </w:r>
      <w:r w:rsidR="00282DAE" w:rsidRPr="42545442">
        <w:rPr>
          <w:rFonts w:ascii="Aptos" w:eastAsia="Aptos" w:hAnsi="Aptos" w:cs="Aptos"/>
          <w:sz w:val="24"/>
          <w:szCs w:val="24"/>
          <w:lang w:val="en-GB"/>
        </w:rPr>
        <w:t xml:space="preserve">to support your application. </w:t>
      </w:r>
    </w:p>
    <w:p w14:paraId="755F3B7D" w14:textId="77777777" w:rsidR="003776B5" w:rsidRPr="003776B5" w:rsidRDefault="003776B5" w:rsidP="003776B5">
      <w:pPr>
        <w:jc w:val="both"/>
        <w:rPr>
          <w:rFonts w:ascii="Aptos" w:eastAsia="Aptos" w:hAnsi="Aptos" w:cs="Aptos"/>
          <w:b/>
          <w:bCs/>
          <w:sz w:val="24"/>
          <w:szCs w:val="24"/>
          <w:lang w:val="en-GB"/>
        </w:rPr>
      </w:pPr>
      <w:r w:rsidRPr="003776B5">
        <w:rPr>
          <w:rFonts w:ascii="Aptos" w:eastAsia="Aptos" w:hAnsi="Aptos" w:cs="Aptos"/>
          <w:b/>
          <w:bCs/>
          <w:sz w:val="24"/>
          <w:szCs w:val="24"/>
          <w:lang w:val="en-GB"/>
        </w:rPr>
        <w:t>As a Disability Confident Employer, we are committed to ensuring disabled applicants are treated fairly throughout the recruitment process</w:t>
      </w:r>
    </w:p>
    <w:p w14:paraId="7F30304F" w14:textId="77777777" w:rsidR="002C0D85" w:rsidRDefault="002C0D85" w:rsidP="00F315DD">
      <w:pPr>
        <w:rPr>
          <w:rFonts w:ascii="Aptos" w:eastAsia="Aptos" w:hAnsi="Aptos" w:cs="Aptos"/>
          <w:b/>
          <w:bCs/>
          <w:sz w:val="24"/>
          <w:szCs w:val="24"/>
        </w:rPr>
      </w:pPr>
    </w:p>
    <w:p w14:paraId="61ED6128" w14:textId="77777777" w:rsidR="00D878FB" w:rsidRDefault="00D878FB" w:rsidP="30818E9D">
      <w:pPr>
        <w:jc w:val="both"/>
        <w:rPr>
          <w:rFonts w:ascii="Aptos" w:eastAsia="Aptos" w:hAnsi="Aptos" w:cs="Aptos"/>
          <w:b/>
          <w:bCs/>
          <w:sz w:val="24"/>
          <w:szCs w:val="24"/>
        </w:rPr>
      </w:pPr>
    </w:p>
    <w:p w14:paraId="1956248E" w14:textId="6C40BD7E" w:rsidR="408942E5" w:rsidRDefault="408942E5" w:rsidP="408942E5">
      <w:pPr>
        <w:jc w:val="both"/>
        <w:rPr>
          <w:rFonts w:ascii="Aptos" w:eastAsia="Aptos" w:hAnsi="Aptos" w:cs="Aptos"/>
          <w:b/>
          <w:bCs/>
          <w:color w:val="365F91" w:themeColor="accent1" w:themeShade="BF"/>
          <w:sz w:val="32"/>
          <w:szCs w:val="32"/>
        </w:rPr>
      </w:pPr>
    </w:p>
    <w:p w14:paraId="4FAC555E" w14:textId="1D6A87B2" w:rsidR="00D878FB" w:rsidRPr="00C94BFD" w:rsidRDefault="00D878FB" w:rsidP="408942E5">
      <w:pPr>
        <w:jc w:val="both"/>
        <w:rPr>
          <w:rFonts w:ascii="Aptos" w:eastAsia="Aptos" w:hAnsi="Aptos" w:cs="Aptos"/>
          <w:b/>
          <w:bCs/>
          <w:sz w:val="32"/>
          <w:szCs w:val="32"/>
        </w:rPr>
      </w:pPr>
      <w:r w:rsidRPr="408942E5">
        <w:rPr>
          <w:rFonts w:ascii="Aptos" w:eastAsia="Aptos" w:hAnsi="Aptos" w:cs="Aptos"/>
          <w:b/>
          <w:bCs/>
          <w:color w:val="365F91" w:themeColor="accent1" w:themeShade="BF"/>
          <w:sz w:val="32"/>
          <w:szCs w:val="32"/>
        </w:rPr>
        <w:lastRenderedPageBreak/>
        <w:t>Applicant Details</w:t>
      </w:r>
    </w:p>
    <w:tbl>
      <w:tblPr>
        <w:tblStyle w:val="TableGrid"/>
        <w:tblpPr w:leftFromText="180" w:rightFromText="180" w:vertAnchor="text" w:horzAnchor="margin" w:tblpY="-42"/>
        <w:tblW w:w="9475" w:type="dxa"/>
        <w:tblLayout w:type="fixed"/>
        <w:tblLook w:val="04A0" w:firstRow="1" w:lastRow="0" w:firstColumn="1" w:lastColumn="0" w:noHBand="0" w:noVBand="1"/>
      </w:tblPr>
      <w:tblGrid>
        <w:gridCol w:w="4737"/>
        <w:gridCol w:w="4738"/>
      </w:tblGrid>
      <w:tr w:rsidR="00676443" w14:paraId="09B8BF39" w14:textId="77777777" w:rsidTr="00790473">
        <w:tc>
          <w:tcPr>
            <w:tcW w:w="9475" w:type="dxa"/>
            <w:gridSpan w:val="2"/>
          </w:tcPr>
          <w:p w14:paraId="0E5FBD0B" w14:textId="312E9ACD" w:rsidR="00676443" w:rsidRDefault="69B31EDF" w:rsidP="30818E9D">
            <w:pPr>
              <w:rPr>
                <w:rFonts w:ascii="Aptos" w:eastAsia="Aptos" w:hAnsi="Aptos" w:cs="Aptos"/>
                <w:sz w:val="24"/>
                <w:szCs w:val="24"/>
              </w:rPr>
            </w:pPr>
            <w:r w:rsidRPr="30818E9D">
              <w:rPr>
                <w:rFonts w:ascii="Aptos" w:eastAsia="Aptos" w:hAnsi="Aptos" w:cs="Aptos"/>
                <w:sz w:val="24"/>
                <w:szCs w:val="24"/>
              </w:rPr>
              <w:t>Full Name</w:t>
            </w:r>
            <w:r w:rsidR="00FA7BC1">
              <w:rPr>
                <w:rFonts w:ascii="Aptos" w:eastAsia="Aptos" w:hAnsi="Aptos" w:cs="Aptos"/>
                <w:sz w:val="24"/>
                <w:szCs w:val="24"/>
              </w:rPr>
              <w:t xml:space="preserve">: </w:t>
            </w:r>
            <w:sdt>
              <w:sdtPr>
                <w:rPr>
                  <w:rFonts w:ascii="Aptos" w:eastAsia="Aptos" w:hAnsi="Aptos" w:cs="Aptos"/>
                  <w:sz w:val="24"/>
                  <w:szCs w:val="24"/>
                </w:rPr>
                <w:id w:val="683246205"/>
                <w:placeholder>
                  <w:docPart w:val="DefaultPlaceholder_-1854013440"/>
                </w:placeholder>
                <w:showingPlcHdr/>
                <w:text/>
              </w:sdtPr>
              <w:sdtContent>
                <w:r w:rsidR="00D7696B" w:rsidRPr="00551D8E">
                  <w:rPr>
                    <w:rStyle w:val="PlaceholderText"/>
                  </w:rPr>
                  <w:t>Click or tap here to enter text.</w:t>
                </w:r>
              </w:sdtContent>
            </w:sdt>
          </w:p>
          <w:p w14:paraId="09E3F849" w14:textId="77777777" w:rsidR="00676443" w:rsidRDefault="00676443" w:rsidP="30818E9D">
            <w:pPr>
              <w:jc w:val="center"/>
              <w:rPr>
                <w:rFonts w:ascii="Aptos" w:eastAsia="Aptos" w:hAnsi="Aptos" w:cs="Aptos"/>
                <w:sz w:val="24"/>
                <w:szCs w:val="24"/>
              </w:rPr>
            </w:pPr>
          </w:p>
        </w:tc>
      </w:tr>
      <w:tr w:rsidR="00676443" w14:paraId="4EA6984D" w14:textId="77777777" w:rsidTr="00790473">
        <w:tc>
          <w:tcPr>
            <w:tcW w:w="9475" w:type="dxa"/>
            <w:gridSpan w:val="2"/>
          </w:tcPr>
          <w:p w14:paraId="1EC03464" w14:textId="3992FD9B" w:rsidR="00B80A4A" w:rsidRPr="002E4D6E" w:rsidRDefault="63833151" w:rsidP="1C64089B">
            <w:pPr>
              <w:spacing w:line="300" w:lineRule="auto"/>
              <w:rPr>
                <w:rFonts w:ascii="Aptos" w:eastAsia="Segoe UI" w:hAnsi="Aptos" w:cs="Segoe UI"/>
                <w:sz w:val="24"/>
                <w:szCs w:val="24"/>
              </w:rPr>
            </w:pPr>
            <w:r w:rsidRPr="00C94BFD">
              <w:rPr>
                <w:rFonts w:ascii="Aptos" w:eastAsia="Segoe UI" w:hAnsi="Aptos" w:cs="Segoe UI"/>
                <w:sz w:val="24"/>
                <w:szCs w:val="24"/>
              </w:rPr>
              <w:t>What name would you like us to use during the recruitment process</w:t>
            </w:r>
            <w:r w:rsidR="00B80A4A" w:rsidRPr="00C94BFD">
              <w:rPr>
                <w:rFonts w:ascii="Aptos" w:eastAsia="Segoe UI" w:hAnsi="Aptos" w:cs="Segoe UI"/>
                <w:sz w:val="24"/>
                <w:szCs w:val="24"/>
              </w:rPr>
              <w:t xml:space="preserve">, if different from </w:t>
            </w:r>
            <w:r w:rsidR="00F472B9" w:rsidRPr="00C94BFD">
              <w:rPr>
                <w:rFonts w:ascii="Aptos" w:eastAsia="Segoe UI" w:hAnsi="Aptos" w:cs="Segoe UI"/>
                <w:sz w:val="24"/>
                <w:szCs w:val="24"/>
              </w:rPr>
              <w:t>above:</w:t>
            </w:r>
            <w:sdt>
              <w:sdtPr>
                <w:rPr>
                  <w:rFonts w:ascii="Aptos" w:eastAsia="Segoe UI" w:hAnsi="Aptos" w:cs="Segoe UI"/>
                  <w:sz w:val="24"/>
                  <w:szCs w:val="24"/>
                </w:rPr>
                <w:id w:val="-421729178"/>
                <w:placeholder>
                  <w:docPart w:val="DefaultPlaceholder_-1854013440"/>
                </w:placeholder>
                <w:showingPlcHdr/>
                <w:text/>
              </w:sdtPr>
              <w:sdtContent>
                <w:r w:rsidR="00D7696B" w:rsidRPr="00551D8E">
                  <w:rPr>
                    <w:rStyle w:val="PlaceholderText"/>
                  </w:rPr>
                  <w:t>Click or tap here to enter text.</w:t>
                </w:r>
              </w:sdtContent>
            </w:sdt>
          </w:p>
        </w:tc>
      </w:tr>
      <w:tr w:rsidR="00676443" w14:paraId="7D11E0A0" w14:textId="77777777" w:rsidTr="00790473">
        <w:tc>
          <w:tcPr>
            <w:tcW w:w="9475" w:type="dxa"/>
            <w:gridSpan w:val="2"/>
          </w:tcPr>
          <w:p w14:paraId="1A3D5605" w14:textId="7225F94C" w:rsidR="00676443" w:rsidRDefault="004316BB" w:rsidP="30818E9D">
            <w:pPr>
              <w:rPr>
                <w:rFonts w:ascii="Aptos" w:eastAsia="Aptos" w:hAnsi="Aptos" w:cs="Aptos"/>
                <w:sz w:val="24"/>
                <w:szCs w:val="24"/>
              </w:rPr>
            </w:pPr>
            <w:r w:rsidRPr="1E65946D">
              <w:rPr>
                <w:rFonts w:ascii="Aptos" w:eastAsia="Aptos" w:hAnsi="Aptos" w:cs="Aptos"/>
                <w:sz w:val="24"/>
                <w:szCs w:val="24"/>
              </w:rPr>
              <w:t>Town/</w:t>
            </w:r>
            <w:proofErr w:type="gramStart"/>
            <w:r w:rsidRPr="1E65946D">
              <w:rPr>
                <w:rFonts w:ascii="Aptos" w:eastAsia="Aptos" w:hAnsi="Aptos" w:cs="Aptos"/>
                <w:sz w:val="24"/>
                <w:szCs w:val="24"/>
              </w:rPr>
              <w:t xml:space="preserve">Area </w:t>
            </w:r>
            <w:r w:rsidR="00B65844" w:rsidRPr="1E65946D">
              <w:rPr>
                <w:rFonts w:ascii="Aptos" w:eastAsia="Aptos" w:hAnsi="Aptos" w:cs="Aptos"/>
                <w:sz w:val="24"/>
                <w:szCs w:val="24"/>
              </w:rPr>
              <w:t>:</w:t>
            </w:r>
            <w:proofErr w:type="gramEnd"/>
            <w:r w:rsidR="00D7696B">
              <w:rPr>
                <w:rFonts w:ascii="Aptos" w:eastAsia="Aptos" w:hAnsi="Aptos" w:cs="Aptos"/>
                <w:sz w:val="24"/>
                <w:szCs w:val="24"/>
              </w:rPr>
              <w:t xml:space="preserve"> </w:t>
            </w:r>
            <w:sdt>
              <w:sdtPr>
                <w:rPr>
                  <w:rFonts w:ascii="Aptos" w:eastAsia="Aptos" w:hAnsi="Aptos" w:cs="Aptos"/>
                  <w:sz w:val="24"/>
                  <w:szCs w:val="24"/>
                </w:rPr>
                <w:id w:val="-1008212754"/>
                <w:placeholder>
                  <w:docPart w:val="DefaultPlaceholder_-1854013440"/>
                </w:placeholder>
                <w:showingPlcHdr/>
                <w:text/>
              </w:sdtPr>
              <w:sdtContent>
                <w:r w:rsidR="00D7696B" w:rsidRPr="00551D8E">
                  <w:rPr>
                    <w:rStyle w:val="PlaceholderText"/>
                  </w:rPr>
                  <w:t>Click or tap here to enter text.</w:t>
                </w:r>
              </w:sdtContent>
            </w:sdt>
          </w:p>
          <w:p w14:paraId="3E19C11A" w14:textId="77777777" w:rsidR="00676443" w:rsidRDefault="00676443" w:rsidP="30818E9D">
            <w:pPr>
              <w:jc w:val="center"/>
              <w:rPr>
                <w:rFonts w:ascii="Aptos" w:eastAsia="Aptos" w:hAnsi="Aptos" w:cs="Aptos"/>
                <w:sz w:val="24"/>
                <w:szCs w:val="24"/>
              </w:rPr>
            </w:pPr>
          </w:p>
        </w:tc>
      </w:tr>
      <w:tr w:rsidR="00676443" w14:paraId="7714BCC9" w14:textId="77777777" w:rsidTr="00790473">
        <w:tc>
          <w:tcPr>
            <w:tcW w:w="9475" w:type="dxa"/>
            <w:gridSpan w:val="2"/>
          </w:tcPr>
          <w:p w14:paraId="31E366B1" w14:textId="721AD02C" w:rsidR="00676443" w:rsidRDefault="002E2D4E" w:rsidP="30818E9D">
            <w:pPr>
              <w:rPr>
                <w:rFonts w:ascii="Aptos" w:eastAsia="Aptos" w:hAnsi="Aptos" w:cs="Aptos"/>
                <w:sz w:val="24"/>
                <w:szCs w:val="24"/>
              </w:rPr>
            </w:pPr>
            <w:r>
              <w:rPr>
                <w:rFonts w:ascii="Aptos" w:eastAsia="Aptos" w:hAnsi="Aptos" w:cs="Aptos"/>
                <w:sz w:val="24"/>
                <w:szCs w:val="24"/>
              </w:rPr>
              <w:t>Telephone</w:t>
            </w:r>
            <w:r w:rsidR="69B31EDF" w:rsidRPr="30818E9D">
              <w:rPr>
                <w:rFonts w:ascii="Aptos" w:eastAsia="Aptos" w:hAnsi="Aptos" w:cs="Aptos"/>
                <w:sz w:val="24"/>
                <w:szCs w:val="24"/>
              </w:rPr>
              <w:t xml:space="preserve"> Number:</w:t>
            </w:r>
            <w:sdt>
              <w:sdtPr>
                <w:rPr>
                  <w:rFonts w:ascii="Aptos" w:eastAsia="Aptos" w:hAnsi="Aptos" w:cs="Aptos"/>
                  <w:sz w:val="24"/>
                  <w:szCs w:val="24"/>
                </w:rPr>
                <w:id w:val="766740734"/>
                <w:placeholder>
                  <w:docPart w:val="DefaultPlaceholder_-1854013440"/>
                </w:placeholder>
                <w:showingPlcHdr/>
                <w:text/>
              </w:sdtPr>
              <w:sdtContent>
                <w:r w:rsidR="00D7696B" w:rsidRPr="00551D8E">
                  <w:rPr>
                    <w:rStyle w:val="PlaceholderText"/>
                  </w:rPr>
                  <w:t>Click or tap here to enter text.</w:t>
                </w:r>
              </w:sdtContent>
            </w:sdt>
          </w:p>
          <w:p w14:paraId="7BE764D8" w14:textId="77777777" w:rsidR="00676443" w:rsidRDefault="00676443" w:rsidP="30818E9D">
            <w:pPr>
              <w:jc w:val="center"/>
              <w:rPr>
                <w:rFonts w:ascii="Aptos" w:eastAsia="Aptos" w:hAnsi="Aptos" w:cs="Aptos"/>
                <w:sz w:val="24"/>
                <w:szCs w:val="24"/>
              </w:rPr>
            </w:pPr>
          </w:p>
        </w:tc>
      </w:tr>
      <w:tr w:rsidR="00676443" w14:paraId="42BD180F" w14:textId="77777777" w:rsidTr="00790473">
        <w:tc>
          <w:tcPr>
            <w:tcW w:w="9475" w:type="dxa"/>
            <w:gridSpan w:val="2"/>
          </w:tcPr>
          <w:p w14:paraId="719B50D8" w14:textId="53BBDFB9" w:rsidR="00676443" w:rsidRDefault="69B31EDF" w:rsidP="30818E9D">
            <w:pPr>
              <w:rPr>
                <w:rFonts w:ascii="Aptos" w:eastAsia="Aptos" w:hAnsi="Aptos" w:cs="Aptos"/>
                <w:sz w:val="24"/>
                <w:szCs w:val="24"/>
              </w:rPr>
            </w:pPr>
            <w:r w:rsidRPr="30818E9D">
              <w:rPr>
                <w:rFonts w:ascii="Aptos" w:eastAsia="Aptos" w:hAnsi="Aptos" w:cs="Aptos"/>
                <w:sz w:val="24"/>
                <w:szCs w:val="24"/>
              </w:rPr>
              <w:t>Email Address:</w:t>
            </w:r>
            <w:sdt>
              <w:sdtPr>
                <w:rPr>
                  <w:rFonts w:ascii="Aptos" w:eastAsia="Aptos" w:hAnsi="Aptos" w:cs="Aptos"/>
                  <w:sz w:val="24"/>
                  <w:szCs w:val="24"/>
                </w:rPr>
                <w:id w:val="-241557926"/>
                <w:placeholder>
                  <w:docPart w:val="DefaultPlaceholder_-1854013440"/>
                </w:placeholder>
                <w:showingPlcHdr/>
                <w:text/>
              </w:sdtPr>
              <w:sdtContent>
                <w:r w:rsidR="00D7696B" w:rsidRPr="00551D8E">
                  <w:rPr>
                    <w:rStyle w:val="PlaceholderText"/>
                  </w:rPr>
                  <w:t>Click or tap here to enter text.</w:t>
                </w:r>
              </w:sdtContent>
            </w:sdt>
          </w:p>
          <w:p w14:paraId="6E7968F9" w14:textId="77777777" w:rsidR="00676443" w:rsidRDefault="00676443" w:rsidP="30818E9D">
            <w:pPr>
              <w:jc w:val="center"/>
              <w:rPr>
                <w:rFonts w:ascii="Aptos" w:eastAsia="Aptos" w:hAnsi="Aptos" w:cs="Aptos"/>
                <w:sz w:val="24"/>
                <w:szCs w:val="24"/>
              </w:rPr>
            </w:pPr>
          </w:p>
        </w:tc>
      </w:tr>
      <w:tr w:rsidR="00676443" w14:paraId="7251A751" w14:textId="77777777" w:rsidTr="00790473">
        <w:tc>
          <w:tcPr>
            <w:tcW w:w="9475" w:type="dxa"/>
            <w:gridSpan w:val="2"/>
            <w:shd w:val="clear" w:color="auto" w:fill="D9D9D9" w:themeFill="background1" w:themeFillShade="D9"/>
          </w:tcPr>
          <w:p w14:paraId="6B50DE2C" w14:textId="15A4ACF1" w:rsidR="00676443" w:rsidRDefault="4503FAA3" w:rsidP="1C64089B">
            <w:pPr>
              <w:spacing w:line="300" w:lineRule="auto"/>
              <w:rPr>
                <w:rFonts w:ascii="Aptos" w:eastAsia="Aptos" w:hAnsi="Aptos" w:cs="Aptos"/>
                <w:b/>
                <w:bCs/>
                <w:sz w:val="24"/>
                <w:szCs w:val="24"/>
              </w:rPr>
            </w:pPr>
            <w:r w:rsidRPr="00602053">
              <w:rPr>
                <w:rFonts w:ascii="Aptos" w:eastAsia="Segoe UI" w:hAnsi="Aptos" w:cs="Segoe UI"/>
                <w:sz w:val="24"/>
                <w:szCs w:val="24"/>
              </w:rPr>
              <w:t>If successful, will you be able to provide evidence of your right to work in the UK before employment commences?</w:t>
            </w:r>
            <w:r w:rsidR="3419233D" w:rsidRPr="1C64089B">
              <w:rPr>
                <w:rFonts w:ascii="Aptos" w:eastAsia="Aptos" w:hAnsi="Aptos" w:cs="Aptos"/>
                <w:b/>
                <w:bCs/>
                <w:sz w:val="24"/>
                <w:szCs w:val="24"/>
              </w:rPr>
              <w:t xml:space="preserve"> </w:t>
            </w:r>
            <w:r w:rsidR="0027740E">
              <w:rPr>
                <w:rFonts w:ascii="Aptos" w:eastAsia="Aptos" w:hAnsi="Aptos" w:cs="Aptos"/>
                <w:b/>
                <w:bCs/>
                <w:sz w:val="24"/>
                <w:szCs w:val="24"/>
              </w:rPr>
              <w:t>Please circle the appropriate answer below</w:t>
            </w:r>
          </w:p>
          <w:p w14:paraId="18683F50" w14:textId="579C85C4" w:rsidR="00676443" w:rsidRDefault="39B80E09" w:rsidP="30818E9D">
            <w:pPr>
              <w:jc w:val="center"/>
              <w:rPr>
                <w:rFonts w:ascii="Aptos" w:eastAsia="Aptos" w:hAnsi="Aptos" w:cs="Aptos"/>
                <w:b/>
                <w:bCs/>
                <w:sz w:val="24"/>
                <w:szCs w:val="24"/>
              </w:rPr>
            </w:pPr>
            <w:r w:rsidRPr="30818E9D">
              <w:rPr>
                <w:rFonts w:ascii="Aptos" w:eastAsia="Aptos" w:hAnsi="Aptos" w:cs="Aptos"/>
                <w:b/>
                <w:bCs/>
                <w:sz w:val="24"/>
                <w:szCs w:val="24"/>
              </w:rPr>
              <w:t>Please note: If you do not have the right to work in the UK, we will be unable to progress your application</w:t>
            </w:r>
          </w:p>
        </w:tc>
      </w:tr>
      <w:tr w:rsidR="00A65539" w14:paraId="65840E76" w14:textId="77777777" w:rsidTr="00790473">
        <w:tc>
          <w:tcPr>
            <w:tcW w:w="4737" w:type="dxa"/>
          </w:tcPr>
          <w:p w14:paraId="7AE1DA8A" w14:textId="756852F5" w:rsidR="00A65539" w:rsidRPr="1C64089B" w:rsidRDefault="009C002E" w:rsidP="00354207">
            <w:pPr>
              <w:spacing w:line="300" w:lineRule="auto"/>
              <w:jc w:val="center"/>
              <w:rPr>
                <w:rFonts w:ascii="Segoe UI" w:eastAsia="Segoe UI" w:hAnsi="Segoe UI" w:cs="Segoe UI"/>
                <w:sz w:val="21"/>
                <w:szCs w:val="21"/>
              </w:rPr>
            </w:pPr>
            <w:sdt>
              <w:sdtPr>
                <w:rPr>
                  <w:rFonts w:ascii="Segoe UI" w:eastAsia="Segoe UI" w:hAnsi="Segoe UI" w:cs="Segoe UI"/>
                  <w:sz w:val="21"/>
                  <w:szCs w:val="21"/>
                </w:rPr>
                <w:id w:val="-237871013"/>
                <w14:checkbox>
                  <w14:checked w14:val="0"/>
                  <w14:checkedState w14:val="2612" w14:font="MS Gothic"/>
                  <w14:uncheckedState w14:val="2610" w14:font="MS Gothic"/>
                </w14:checkbox>
              </w:sdtPr>
              <w:sdtContent>
                <w:r>
                  <w:rPr>
                    <w:rFonts w:ascii="MS Gothic" w:eastAsia="MS Gothic" w:hAnsi="MS Gothic" w:cs="Segoe UI" w:hint="eastAsia"/>
                    <w:sz w:val="21"/>
                    <w:szCs w:val="21"/>
                  </w:rPr>
                  <w:t>☐</w:t>
                </w:r>
              </w:sdtContent>
            </w:sdt>
            <w:r w:rsidR="0027740E">
              <w:rPr>
                <w:rFonts w:ascii="Segoe UI" w:eastAsia="Segoe UI" w:hAnsi="Segoe UI" w:cs="Segoe UI"/>
                <w:sz w:val="21"/>
                <w:szCs w:val="21"/>
              </w:rPr>
              <w:t>Yes</w:t>
            </w:r>
          </w:p>
        </w:tc>
        <w:tc>
          <w:tcPr>
            <w:tcW w:w="4738" w:type="dxa"/>
          </w:tcPr>
          <w:p w14:paraId="247632B5" w14:textId="195C854B" w:rsidR="00A65539" w:rsidRPr="1C64089B" w:rsidRDefault="009C002E" w:rsidP="00354207">
            <w:pPr>
              <w:spacing w:line="300" w:lineRule="auto"/>
              <w:jc w:val="center"/>
              <w:rPr>
                <w:rFonts w:ascii="Segoe UI" w:eastAsia="Segoe UI" w:hAnsi="Segoe UI" w:cs="Segoe UI"/>
                <w:sz w:val="21"/>
                <w:szCs w:val="21"/>
              </w:rPr>
            </w:pPr>
            <w:sdt>
              <w:sdtPr>
                <w:rPr>
                  <w:rFonts w:ascii="Segoe UI" w:eastAsia="Segoe UI" w:hAnsi="Segoe UI" w:cs="Segoe UI"/>
                  <w:sz w:val="21"/>
                  <w:szCs w:val="21"/>
                </w:rPr>
                <w:id w:val="-962723807"/>
                <w14:checkbox>
                  <w14:checked w14:val="0"/>
                  <w14:checkedState w14:val="2612" w14:font="MS Gothic"/>
                  <w14:uncheckedState w14:val="2610" w14:font="MS Gothic"/>
                </w14:checkbox>
              </w:sdtPr>
              <w:sdtContent>
                <w:r>
                  <w:rPr>
                    <w:rFonts w:ascii="MS Gothic" w:eastAsia="MS Gothic" w:hAnsi="MS Gothic" w:cs="Segoe UI" w:hint="eastAsia"/>
                    <w:sz w:val="21"/>
                    <w:szCs w:val="21"/>
                  </w:rPr>
                  <w:t>☐</w:t>
                </w:r>
              </w:sdtContent>
            </w:sdt>
            <w:r w:rsidR="0027740E">
              <w:rPr>
                <w:rFonts w:ascii="Segoe UI" w:eastAsia="Segoe UI" w:hAnsi="Segoe UI" w:cs="Segoe UI"/>
                <w:sz w:val="21"/>
                <w:szCs w:val="21"/>
              </w:rPr>
              <w:t>No</w:t>
            </w:r>
          </w:p>
        </w:tc>
      </w:tr>
      <w:tr w:rsidR="00676443" w14:paraId="1FF5358F" w14:textId="77777777" w:rsidTr="00790473">
        <w:trPr>
          <w:trHeight w:val="680"/>
        </w:trPr>
        <w:tc>
          <w:tcPr>
            <w:tcW w:w="9475" w:type="dxa"/>
            <w:gridSpan w:val="2"/>
            <w:shd w:val="clear" w:color="auto" w:fill="D9D9D9" w:themeFill="background1" w:themeFillShade="D9"/>
          </w:tcPr>
          <w:p w14:paraId="467F6291" w14:textId="1EA08978" w:rsidR="00EE17F6" w:rsidRPr="009262BB" w:rsidRDefault="39B80E09" w:rsidP="30818E9D">
            <w:pPr>
              <w:rPr>
                <w:rFonts w:ascii="Aptos" w:eastAsia="Aptos" w:hAnsi="Aptos" w:cs="Aptos"/>
                <w:b/>
                <w:bCs/>
                <w:sz w:val="24"/>
                <w:szCs w:val="24"/>
              </w:rPr>
            </w:pPr>
            <w:r w:rsidRPr="30818E9D">
              <w:rPr>
                <w:rFonts w:ascii="Aptos" w:eastAsia="Aptos" w:hAnsi="Aptos" w:cs="Aptos"/>
                <w:sz w:val="24"/>
                <w:szCs w:val="24"/>
              </w:rPr>
              <w:t>Do you require any reasonable adjustments to support you during the recruitment process</w:t>
            </w:r>
            <w:r w:rsidR="009262BB">
              <w:rPr>
                <w:rFonts w:ascii="Aptos" w:eastAsia="Aptos" w:hAnsi="Aptos" w:cs="Aptos"/>
                <w:sz w:val="24"/>
                <w:szCs w:val="24"/>
              </w:rPr>
              <w:t>:</w:t>
            </w:r>
          </w:p>
        </w:tc>
      </w:tr>
      <w:tr w:rsidR="00424BB8" w14:paraId="1C8D55B8" w14:textId="77777777" w:rsidTr="00790473">
        <w:trPr>
          <w:trHeight w:val="675"/>
        </w:trPr>
        <w:tc>
          <w:tcPr>
            <w:tcW w:w="4737" w:type="dxa"/>
          </w:tcPr>
          <w:p w14:paraId="0380A54A" w14:textId="4E199FAB" w:rsidR="00424BB8" w:rsidRDefault="00AF5D71" w:rsidP="00354207">
            <w:pPr>
              <w:jc w:val="center"/>
              <w:rPr>
                <w:rFonts w:ascii="Aptos" w:eastAsia="Aptos" w:hAnsi="Aptos" w:cs="Aptos"/>
                <w:sz w:val="24"/>
                <w:szCs w:val="24"/>
              </w:rPr>
            </w:pPr>
            <w:r>
              <w:rPr>
                <w:rFonts w:ascii="Aptos" w:eastAsia="Aptos" w:hAnsi="Aptos" w:cs="Aptos"/>
                <w:sz w:val="24"/>
                <w:szCs w:val="24"/>
              </w:rPr>
              <w:t xml:space="preserve">Yes – </w:t>
            </w:r>
            <w:r w:rsidRPr="0048186B">
              <w:rPr>
                <w:rFonts w:ascii="Aptos" w:eastAsia="Aptos" w:hAnsi="Aptos" w:cs="Aptos"/>
                <w:sz w:val="20"/>
                <w:szCs w:val="20"/>
              </w:rPr>
              <w:t>Provide details or contact the People Team</w:t>
            </w:r>
          </w:p>
          <w:sdt>
            <w:sdtPr>
              <w:rPr>
                <w:rFonts w:ascii="Aptos" w:eastAsia="Aptos" w:hAnsi="Aptos" w:cs="Aptos"/>
                <w:sz w:val="24"/>
                <w:szCs w:val="24"/>
              </w:rPr>
              <w:id w:val="-1341614748"/>
              <w14:checkbox>
                <w14:checked w14:val="0"/>
                <w14:checkedState w14:val="2612" w14:font="MS Gothic"/>
                <w14:uncheckedState w14:val="2610" w14:font="MS Gothic"/>
              </w14:checkbox>
            </w:sdtPr>
            <w:sdtContent>
              <w:p w14:paraId="4D31E540" w14:textId="3C64EE02" w:rsidR="00AF5D71" w:rsidRDefault="009C002E" w:rsidP="00354207">
                <w:pPr>
                  <w:jc w:val="center"/>
                  <w:rPr>
                    <w:rFonts w:ascii="Aptos" w:eastAsia="Aptos" w:hAnsi="Aptos" w:cs="Aptos"/>
                    <w:sz w:val="24"/>
                    <w:szCs w:val="24"/>
                  </w:rPr>
                </w:pPr>
                <w:r>
                  <w:rPr>
                    <w:rFonts w:ascii="MS Gothic" w:eastAsia="MS Gothic" w:hAnsi="MS Gothic" w:cs="Aptos" w:hint="eastAsia"/>
                    <w:sz w:val="24"/>
                    <w:szCs w:val="24"/>
                  </w:rPr>
                  <w:t>☐</w:t>
                </w:r>
              </w:p>
            </w:sdtContent>
          </w:sdt>
          <w:sdt>
            <w:sdtPr>
              <w:rPr>
                <w:rFonts w:ascii="Aptos" w:eastAsia="Aptos" w:hAnsi="Aptos" w:cs="Aptos"/>
                <w:sz w:val="24"/>
                <w:szCs w:val="24"/>
              </w:rPr>
              <w:id w:val="-932814653"/>
              <w:placeholder>
                <w:docPart w:val="DefaultPlaceholder_-1854013440"/>
              </w:placeholder>
              <w:showingPlcHdr/>
            </w:sdtPr>
            <w:sdtContent>
              <w:p w14:paraId="5F94200D" w14:textId="404BFE97" w:rsidR="00AF5D71" w:rsidRPr="30818E9D" w:rsidRDefault="00790473" w:rsidP="00354207">
                <w:pPr>
                  <w:jc w:val="center"/>
                  <w:rPr>
                    <w:rFonts w:ascii="Aptos" w:eastAsia="Aptos" w:hAnsi="Aptos" w:cs="Aptos"/>
                    <w:sz w:val="24"/>
                    <w:szCs w:val="24"/>
                  </w:rPr>
                </w:pPr>
                <w:r w:rsidRPr="00551D8E">
                  <w:rPr>
                    <w:rStyle w:val="PlaceholderText"/>
                  </w:rPr>
                  <w:t>Click or tap here to enter text.</w:t>
                </w:r>
              </w:p>
            </w:sdtContent>
          </w:sdt>
        </w:tc>
        <w:tc>
          <w:tcPr>
            <w:tcW w:w="4738" w:type="dxa"/>
          </w:tcPr>
          <w:p w14:paraId="361346BB" w14:textId="58207D8F" w:rsidR="00424BB8" w:rsidRPr="30818E9D" w:rsidRDefault="009C002E" w:rsidP="00354207">
            <w:pPr>
              <w:jc w:val="center"/>
              <w:rPr>
                <w:rFonts w:ascii="Aptos" w:eastAsia="Aptos" w:hAnsi="Aptos" w:cs="Aptos"/>
                <w:sz w:val="24"/>
                <w:szCs w:val="24"/>
              </w:rPr>
            </w:pPr>
            <w:sdt>
              <w:sdtPr>
                <w:rPr>
                  <w:rFonts w:ascii="Aptos" w:eastAsia="Aptos" w:hAnsi="Aptos" w:cs="Aptos"/>
                  <w:sz w:val="24"/>
                  <w:szCs w:val="24"/>
                </w:rPr>
                <w:id w:val="1276059492"/>
                <w14:checkbox>
                  <w14:checked w14:val="0"/>
                  <w14:checkedState w14:val="2612" w14:font="MS Gothic"/>
                  <w14:uncheckedState w14:val="2610" w14:font="MS Gothic"/>
                </w14:checkbox>
              </w:sdtPr>
              <w:sdtContent>
                <w:r w:rsidR="005962FD">
                  <w:rPr>
                    <w:rFonts w:ascii="MS Gothic" w:eastAsia="MS Gothic" w:hAnsi="MS Gothic" w:cs="Aptos" w:hint="eastAsia"/>
                    <w:sz w:val="24"/>
                    <w:szCs w:val="24"/>
                  </w:rPr>
                  <w:t>☐</w:t>
                </w:r>
              </w:sdtContent>
            </w:sdt>
            <w:r w:rsidR="00AF5D71">
              <w:rPr>
                <w:rFonts w:ascii="Aptos" w:eastAsia="Aptos" w:hAnsi="Aptos" w:cs="Aptos"/>
                <w:sz w:val="24"/>
                <w:szCs w:val="24"/>
              </w:rPr>
              <w:t>No</w:t>
            </w:r>
          </w:p>
        </w:tc>
      </w:tr>
      <w:tr w:rsidR="1C64089B" w14:paraId="51EEC944" w14:textId="77777777" w:rsidTr="00790473">
        <w:trPr>
          <w:trHeight w:val="747"/>
        </w:trPr>
        <w:tc>
          <w:tcPr>
            <w:tcW w:w="9475" w:type="dxa"/>
            <w:gridSpan w:val="2"/>
            <w:shd w:val="clear" w:color="auto" w:fill="D9D9D9" w:themeFill="background1" w:themeFillShade="D9"/>
          </w:tcPr>
          <w:p w14:paraId="7C57F568" w14:textId="449E1F07" w:rsidR="1C64089B" w:rsidRPr="00602053" w:rsidRDefault="0875D0A1" w:rsidP="009262BB">
            <w:pPr>
              <w:spacing w:line="300" w:lineRule="auto"/>
              <w:rPr>
                <w:rFonts w:ascii="Aptos" w:hAnsi="Aptos"/>
                <w:sz w:val="24"/>
                <w:szCs w:val="24"/>
              </w:rPr>
            </w:pPr>
            <w:r w:rsidRPr="00602053">
              <w:rPr>
                <w:rFonts w:ascii="Aptos" w:eastAsia="Segoe UI" w:hAnsi="Aptos" w:cs="Segoe UI"/>
                <w:sz w:val="24"/>
                <w:szCs w:val="24"/>
              </w:rPr>
              <w:t xml:space="preserve">Are you related </w:t>
            </w:r>
            <w:r w:rsidR="000101A6" w:rsidRPr="00602053">
              <w:rPr>
                <w:rFonts w:ascii="Aptos" w:eastAsia="Segoe UI" w:hAnsi="Aptos" w:cs="Segoe UI"/>
                <w:sz w:val="24"/>
                <w:szCs w:val="24"/>
              </w:rPr>
              <w:t>to,</w:t>
            </w:r>
            <w:r w:rsidRPr="00602053">
              <w:rPr>
                <w:rFonts w:ascii="Aptos" w:eastAsia="Segoe UI" w:hAnsi="Aptos" w:cs="Segoe UI"/>
                <w:sz w:val="24"/>
                <w:szCs w:val="24"/>
              </w:rPr>
              <w:t xml:space="preserve"> or do you have a close personal relationship with any employee, trustee, volunteer or contractor of Suffolk Family Carers?</w:t>
            </w:r>
          </w:p>
        </w:tc>
      </w:tr>
      <w:tr w:rsidR="009262BB" w14:paraId="27EB1137" w14:textId="77777777" w:rsidTr="00790473">
        <w:trPr>
          <w:trHeight w:val="1121"/>
        </w:trPr>
        <w:tc>
          <w:tcPr>
            <w:tcW w:w="4737" w:type="dxa"/>
          </w:tcPr>
          <w:p w14:paraId="0ED921FB" w14:textId="6AAC4B53" w:rsidR="009262BB" w:rsidRPr="1C64089B" w:rsidRDefault="009262BB" w:rsidP="1C64089B">
            <w:pPr>
              <w:spacing w:line="300" w:lineRule="auto"/>
              <w:rPr>
                <w:rFonts w:ascii="Segoe UI" w:eastAsia="Segoe UI" w:hAnsi="Segoe UI" w:cs="Segoe UI"/>
                <w:sz w:val="21"/>
                <w:szCs w:val="21"/>
              </w:rPr>
            </w:pPr>
            <w:r w:rsidRPr="1C64089B">
              <w:rPr>
                <w:rFonts w:ascii="Segoe UI" w:eastAsia="Segoe UI" w:hAnsi="Segoe UI" w:cs="Segoe UI"/>
                <w:sz w:val="21"/>
                <w:szCs w:val="21"/>
              </w:rPr>
              <w:t>Yes</w:t>
            </w:r>
            <w:r w:rsidR="009C508B">
              <w:rPr>
                <w:rFonts w:ascii="Segoe UI" w:eastAsia="Segoe UI" w:hAnsi="Segoe UI" w:cs="Segoe UI"/>
                <w:sz w:val="21"/>
                <w:szCs w:val="21"/>
              </w:rPr>
              <w:t xml:space="preserve"> </w:t>
            </w:r>
            <w:sdt>
              <w:sdtPr>
                <w:rPr>
                  <w:rFonts w:ascii="Segoe UI" w:eastAsia="Segoe UI" w:hAnsi="Segoe UI" w:cs="Segoe UI"/>
                  <w:sz w:val="21"/>
                  <w:szCs w:val="21"/>
                </w:rPr>
                <w:id w:val="692960953"/>
                <w14:checkbox>
                  <w14:checked w14:val="0"/>
                  <w14:checkedState w14:val="2612" w14:font="MS Gothic"/>
                  <w14:uncheckedState w14:val="2610" w14:font="MS Gothic"/>
                </w14:checkbox>
              </w:sdtPr>
              <w:sdtContent>
                <w:r w:rsidR="009C508B">
                  <w:rPr>
                    <w:rFonts w:ascii="MS Gothic" w:eastAsia="MS Gothic" w:hAnsi="MS Gothic" w:cs="Segoe UI" w:hint="eastAsia"/>
                    <w:sz w:val="21"/>
                    <w:szCs w:val="21"/>
                  </w:rPr>
                  <w:t>☐</w:t>
                </w:r>
              </w:sdtContent>
            </w:sdt>
            <w:r w:rsidRPr="1C64089B">
              <w:rPr>
                <w:rFonts w:ascii="Segoe UI" w:eastAsia="Segoe UI" w:hAnsi="Segoe UI" w:cs="Segoe UI"/>
                <w:sz w:val="21"/>
                <w:szCs w:val="21"/>
              </w:rPr>
              <w:t>, please give details:</w:t>
            </w:r>
            <w:r w:rsidR="005962FD">
              <w:rPr>
                <w:rFonts w:ascii="Segoe UI" w:eastAsia="Segoe UI" w:hAnsi="Segoe UI" w:cs="Segoe UI"/>
                <w:sz w:val="21"/>
                <w:szCs w:val="21"/>
              </w:rPr>
              <w:t xml:space="preserve"> </w:t>
            </w:r>
            <w:sdt>
              <w:sdtPr>
                <w:rPr>
                  <w:rFonts w:ascii="Segoe UI" w:eastAsia="Segoe UI" w:hAnsi="Segoe UI" w:cs="Segoe UI"/>
                  <w:sz w:val="21"/>
                  <w:szCs w:val="21"/>
                </w:rPr>
                <w:id w:val="385616397"/>
                <w:placeholder>
                  <w:docPart w:val="DefaultPlaceholder_-1854013440"/>
                </w:placeholder>
                <w:showingPlcHdr/>
              </w:sdtPr>
              <w:sdtContent>
                <w:r w:rsidR="005962FD" w:rsidRPr="00551D8E">
                  <w:rPr>
                    <w:rStyle w:val="PlaceholderText"/>
                  </w:rPr>
                  <w:t>Click or tap here to enter text.</w:t>
                </w:r>
              </w:sdtContent>
            </w:sdt>
          </w:p>
        </w:tc>
        <w:tc>
          <w:tcPr>
            <w:tcW w:w="4738" w:type="dxa"/>
          </w:tcPr>
          <w:p w14:paraId="4A9DEF1D" w14:textId="1A1D5AE7" w:rsidR="009262BB" w:rsidRPr="1C64089B" w:rsidRDefault="005962FD" w:rsidP="009262BB">
            <w:pPr>
              <w:spacing w:line="300" w:lineRule="auto"/>
              <w:jc w:val="center"/>
              <w:rPr>
                <w:rFonts w:ascii="Segoe UI" w:eastAsia="Segoe UI" w:hAnsi="Segoe UI" w:cs="Segoe UI"/>
                <w:sz w:val="21"/>
                <w:szCs w:val="21"/>
              </w:rPr>
            </w:pPr>
            <w:sdt>
              <w:sdtPr>
                <w:rPr>
                  <w:rFonts w:ascii="Segoe UI" w:eastAsia="Segoe UI" w:hAnsi="Segoe UI" w:cs="Segoe UI"/>
                  <w:sz w:val="21"/>
                  <w:szCs w:val="21"/>
                </w:rPr>
                <w:id w:val="1742984237"/>
                <w14:checkbox>
                  <w14:checked w14:val="0"/>
                  <w14:checkedState w14:val="2612" w14:font="MS Gothic"/>
                  <w14:uncheckedState w14:val="2610" w14:font="MS Gothic"/>
                </w14:checkbox>
              </w:sdtPr>
              <w:sdtContent>
                <w:r>
                  <w:rPr>
                    <w:rFonts w:ascii="MS Gothic" w:eastAsia="MS Gothic" w:hAnsi="MS Gothic" w:cs="Segoe UI" w:hint="eastAsia"/>
                    <w:sz w:val="21"/>
                    <w:szCs w:val="21"/>
                  </w:rPr>
                  <w:t>☐</w:t>
                </w:r>
              </w:sdtContent>
            </w:sdt>
            <w:r w:rsidR="009262BB">
              <w:rPr>
                <w:rFonts w:ascii="Segoe UI" w:eastAsia="Segoe UI" w:hAnsi="Segoe UI" w:cs="Segoe UI"/>
                <w:sz w:val="21"/>
                <w:szCs w:val="21"/>
              </w:rPr>
              <w:t>No</w:t>
            </w:r>
          </w:p>
        </w:tc>
      </w:tr>
      <w:tr w:rsidR="008E67A4" w14:paraId="57CD2409" w14:textId="77777777" w:rsidTr="00790473">
        <w:trPr>
          <w:trHeight w:val="1121"/>
        </w:trPr>
        <w:sdt>
          <w:sdtPr>
            <w:rPr>
              <w:rFonts w:ascii="Segoe UI" w:eastAsia="Segoe UI" w:hAnsi="Segoe UI" w:cs="Segoe UI"/>
              <w:sz w:val="21"/>
              <w:szCs w:val="21"/>
            </w:rPr>
            <w:id w:val="-236779314"/>
            <w:placeholder>
              <w:docPart w:val="DefaultPlaceholder_-1854013440"/>
            </w:placeholder>
            <w:showingPlcHdr/>
          </w:sdtPr>
          <w:sdtContent>
            <w:tc>
              <w:tcPr>
                <w:tcW w:w="4737" w:type="dxa"/>
              </w:tcPr>
              <w:p w14:paraId="1190DDAD" w14:textId="02A0E07C" w:rsidR="008E67A4" w:rsidRPr="1C64089B" w:rsidRDefault="005962FD" w:rsidP="1C64089B">
                <w:pPr>
                  <w:spacing w:line="300" w:lineRule="auto"/>
                  <w:rPr>
                    <w:rFonts w:ascii="Segoe UI" w:eastAsia="Segoe UI" w:hAnsi="Segoe UI" w:cs="Segoe UI"/>
                    <w:sz w:val="21"/>
                    <w:szCs w:val="21"/>
                  </w:rPr>
                </w:pPr>
                <w:r w:rsidRPr="00551D8E">
                  <w:rPr>
                    <w:rStyle w:val="PlaceholderText"/>
                  </w:rPr>
                  <w:t>Click or tap here to enter text.</w:t>
                </w:r>
              </w:p>
            </w:tc>
          </w:sdtContent>
        </w:sdt>
        <w:sdt>
          <w:sdtPr>
            <w:rPr>
              <w:rFonts w:ascii="Segoe UI" w:eastAsia="Segoe UI" w:hAnsi="Segoe UI" w:cs="Segoe UI"/>
              <w:sz w:val="21"/>
              <w:szCs w:val="21"/>
            </w:rPr>
            <w:id w:val="-2139862351"/>
            <w:placeholder>
              <w:docPart w:val="DefaultPlaceholder_-1854013440"/>
            </w:placeholder>
            <w:showingPlcHdr/>
          </w:sdtPr>
          <w:sdtContent>
            <w:tc>
              <w:tcPr>
                <w:tcW w:w="4738" w:type="dxa"/>
              </w:tcPr>
              <w:p w14:paraId="7D94FD7A" w14:textId="601C3CC6" w:rsidR="008E67A4" w:rsidRDefault="005962FD" w:rsidP="009262BB">
                <w:pPr>
                  <w:spacing w:line="300" w:lineRule="auto"/>
                  <w:jc w:val="center"/>
                  <w:rPr>
                    <w:rFonts w:ascii="Segoe UI" w:eastAsia="Segoe UI" w:hAnsi="Segoe UI" w:cs="Segoe UI"/>
                    <w:sz w:val="21"/>
                    <w:szCs w:val="21"/>
                  </w:rPr>
                </w:pPr>
                <w:r w:rsidRPr="00551D8E">
                  <w:rPr>
                    <w:rStyle w:val="PlaceholderText"/>
                  </w:rPr>
                  <w:t>Click or tap here to enter text.</w:t>
                </w:r>
              </w:p>
            </w:tc>
          </w:sdtContent>
        </w:sdt>
      </w:tr>
    </w:tbl>
    <w:p w14:paraId="7300D0FA" w14:textId="77777777" w:rsidR="001C0794" w:rsidRDefault="001C0794" w:rsidP="001C0794">
      <w:pPr>
        <w:spacing w:after="0"/>
        <w:rPr>
          <w:rFonts w:ascii="Aptos" w:eastAsia="Aptos" w:hAnsi="Aptos" w:cs="Aptos"/>
          <w:b/>
          <w:bCs/>
          <w:color w:val="1F497D" w:themeColor="text2"/>
          <w:sz w:val="24"/>
          <w:szCs w:val="24"/>
        </w:rPr>
      </w:pPr>
    </w:p>
    <w:p w14:paraId="346A0C77" w14:textId="67C45BC0" w:rsidR="001C0794" w:rsidRPr="008F43CF" w:rsidRDefault="001C0794" w:rsidP="001C0794">
      <w:pPr>
        <w:spacing w:after="0"/>
        <w:rPr>
          <w:rFonts w:ascii="Aptos" w:eastAsia="Aptos" w:hAnsi="Aptos" w:cs="Aptos"/>
          <w:sz w:val="24"/>
          <w:szCs w:val="24"/>
          <w:u w:val="single"/>
        </w:rPr>
      </w:pPr>
      <w:r w:rsidRPr="30818E9D">
        <w:rPr>
          <w:rFonts w:ascii="Aptos" w:eastAsia="Aptos" w:hAnsi="Aptos" w:cs="Aptos"/>
          <w:b/>
          <w:bCs/>
          <w:color w:val="1F497D" w:themeColor="text2"/>
          <w:sz w:val="24"/>
          <w:szCs w:val="24"/>
        </w:rPr>
        <w:t>Education &amp; Training</w:t>
      </w:r>
    </w:p>
    <w:p w14:paraId="636CF018" w14:textId="77777777" w:rsidR="001C0794" w:rsidRPr="008F43CF" w:rsidRDefault="001C0794" w:rsidP="001C0794">
      <w:pPr>
        <w:rPr>
          <w:rFonts w:ascii="Aptos" w:eastAsia="Aptos" w:hAnsi="Aptos" w:cs="Aptos"/>
          <w:sz w:val="24"/>
          <w:szCs w:val="24"/>
          <w:u w:val="single"/>
        </w:rPr>
      </w:pPr>
      <w:r w:rsidRPr="30818E9D">
        <w:rPr>
          <w:rFonts w:ascii="Aptos" w:eastAsia="Aptos" w:hAnsi="Aptos" w:cs="Aptos"/>
          <w:sz w:val="24"/>
          <w:szCs w:val="24"/>
        </w:rPr>
        <w:t>Please list your most recent and relevant qualifications or training, starting with the most recent. Include the institution, qualification, grade, and year.</w:t>
      </w:r>
    </w:p>
    <w:tbl>
      <w:tblPr>
        <w:tblStyle w:val="TableGrid"/>
        <w:tblW w:w="0" w:type="dxa"/>
        <w:tblLayout w:type="fixed"/>
        <w:tblLook w:val="06A0" w:firstRow="1" w:lastRow="0" w:firstColumn="1" w:lastColumn="0" w:noHBand="1" w:noVBand="1"/>
      </w:tblPr>
      <w:tblGrid>
        <w:gridCol w:w="2381"/>
        <w:gridCol w:w="2774"/>
        <w:gridCol w:w="1994"/>
        <w:gridCol w:w="2381"/>
      </w:tblGrid>
      <w:tr w:rsidR="001C0794" w14:paraId="45DE565A" w14:textId="77777777" w:rsidTr="00790473">
        <w:trPr>
          <w:trHeight w:val="300"/>
        </w:trPr>
        <w:tc>
          <w:tcPr>
            <w:tcW w:w="2381" w:type="dxa"/>
            <w:shd w:val="clear" w:color="auto" w:fill="D9D9D9" w:themeFill="background1" w:themeFillShade="D9"/>
          </w:tcPr>
          <w:p w14:paraId="6543B1C4" w14:textId="77777777" w:rsidR="001C0794" w:rsidRDefault="001C0794" w:rsidP="00F23788">
            <w:pPr>
              <w:rPr>
                <w:rFonts w:ascii="Aptos" w:eastAsia="Aptos" w:hAnsi="Aptos" w:cs="Aptos"/>
                <w:b/>
                <w:bCs/>
                <w:sz w:val="24"/>
                <w:szCs w:val="24"/>
              </w:rPr>
            </w:pPr>
            <w:r w:rsidRPr="30818E9D">
              <w:rPr>
                <w:rFonts w:ascii="Aptos" w:eastAsia="Aptos" w:hAnsi="Aptos" w:cs="Aptos"/>
                <w:b/>
                <w:bCs/>
                <w:sz w:val="24"/>
                <w:szCs w:val="24"/>
              </w:rPr>
              <w:t>Institution</w:t>
            </w:r>
          </w:p>
        </w:tc>
        <w:tc>
          <w:tcPr>
            <w:tcW w:w="2774" w:type="dxa"/>
            <w:shd w:val="clear" w:color="auto" w:fill="D9D9D9" w:themeFill="background1" w:themeFillShade="D9"/>
          </w:tcPr>
          <w:p w14:paraId="71079F5E" w14:textId="77777777" w:rsidR="001C0794" w:rsidRDefault="001C0794" w:rsidP="00F23788">
            <w:pPr>
              <w:rPr>
                <w:rFonts w:ascii="Aptos" w:eastAsia="Aptos" w:hAnsi="Aptos" w:cs="Aptos"/>
                <w:b/>
                <w:bCs/>
                <w:sz w:val="24"/>
                <w:szCs w:val="24"/>
              </w:rPr>
            </w:pPr>
            <w:r w:rsidRPr="30818E9D">
              <w:rPr>
                <w:rFonts w:ascii="Aptos" w:eastAsia="Aptos" w:hAnsi="Aptos" w:cs="Aptos"/>
                <w:b/>
                <w:bCs/>
                <w:sz w:val="24"/>
                <w:szCs w:val="24"/>
              </w:rPr>
              <w:t>Qualification/Training</w:t>
            </w:r>
          </w:p>
        </w:tc>
        <w:tc>
          <w:tcPr>
            <w:tcW w:w="1994" w:type="dxa"/>
            <w:shd w:val="clear" w:color="auto" w:fill="D9D9D9" w:themeFill="background1" w:themeFillShade="D9"/>
          </w:tcPr>
          <w:p w14:paraId="4C79B9F5" w14:textId="77777777" w:rsidR="001C0794" w:rsidRDefault="001C0794" w:rsidP="00F23788">
            <w:pPr>
              <w:rPr>
                <w:rFonts w:ascii="Aptos" w:eastAsia="Aptos" w:hAnsi="Aptos" w:cs="Aptos"/>
                <w:b/>
                <w:bCs/>
                <w:sz w:val="24"/>
                <w:szCs w:val="24"/>
              </w:rPr>
            </w:pPr>
            <w:r w:rsidRPr="30818E9D">
              <w:rPr>
                <w:rFonts w:ascii="Aptos" w:eastAsia="Aptos" w:hAnsi="Aptos" w:cs="Aptos"/>
                <w:b/>
                <w:bCs/>
                <w:sz w:val="24"/>
                <w:szCs w:val="24"/>
              </w:rPr>
              <w:t>Grade/Result</w:t>
            </w:r>
          </w:p>
        </w:tc>
        <w:tc>
          <w:tcPr>
            <w:tcW w:w="2381" w:type="dxa"/>
            <w:shd w:val="clear" w:color="auto" w:fill="D9D9D9" w:themeFill="background1" w:themeFillShade="D9"/>
          </w:tcPr>
          <w:p w14:paraId="74DFB98D" w14:textId="77777777" w:rsidR="001C0794" w:rsidRDefault="001C0794" w:rsidP="00F23788">
            <w:pPr>
              <w:rPr>
                <w:rFonts w:ascii="Aptos" w:eastAsia="Aptos" w:hAnsi="Aptos" w:cs="Aptos"/>
                <w:b/>
                <w:bCs/>
                <w:sz w:val="24"/>
                <w:szCs w:val="24"/>
              </w:rPr>
            </w:pPr>
            <w:r w:rsidRPr="30818E9D">
              <w:rPr>
                <w:rFonts w:ascii="Aptos" w:eastAsia="Aptos" w:hAnsi="Aptos" w:cs="Aptos"/>
                <w:b/>
                <w:bCs/>
                <w:sz w:val="24"/>
                <w:szCs w:val="24"/>
              </w:rPr>
              <w:t>Year Completed</w:t>
            </w:r>
          </w:p>
        </w:tc>
      </w:tr>
      <w:tr w:rsidR="001C0794" w14:paraId="03B36EF5" w14:textId="77777777" w:rsidTr="00790473">
        <w:trPr>
          <w:trHeight w:val="300"/>
        </w:trPr>
        <w:sdt>
          <w:sdtPr>
            <w:rPr>
              <w:rFonts w:ascii="Aptos" w:eastAsia="Aptos" w:hAnsi="Aptos" w:cs="Aptos"/>
              <w:sz w:val="24"/>
              <w:szCs w:val="24"/>
            </w:rPr>
            <w:id w:val="-335998176"/>
            <w:placeholder>
              <w:docPart w:val="DefaultPlaceholder_-1854013440"/>
            </w:placeholder>
            <w:showingPlcHdr/>
          </w:sdtPr>
          <w:sdtContent>
            <w:tc>
              <w:tcPr>
                <w:tcW w:w="2381" w:type="dxa"/>
              </w:tcPr>
              <w:p w14:paraId="0547374F" w14:textId="7748BD49"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713970650"/>
            <w:placeholder>
              <w:docPart w:val="DefaultPlaceholder_-1854013440"/>
            </w:placeholder>
            <w:showingPlcHdr/>
          </w:sdtPr>
          <w:sdtContent>
            <w:tc>
              <w:tcPr>
                <w:tcW w:w="2774" w:type="dxa"/>
              </w:tcPr>
              <w:p w14:paraId="18219776" w14:textId="42B73B04"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553582323"/>
            <w:placeholder>
              <w:docPart w:val="DefaultPlaceholder_-1854013440"/>
            </w:placeholder>
            <w:showingPlcHdr/>
          </w:sdtPr>
          <w:sdtContent>
            <w:tc>
              <w:tcPr>
                <w:tcW w:w="1994" w:type="dxa"/>
              </w:tcPr>
              <w:p w14:paraId="5BBC4176" w14:textId="0C2FDEB8"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1405420641"/>
            <w:placeholder>
              <w:docPart w:val="DefaultPlaceholder_-1854013440"/>
            </w:placeholder>
            <w:showingPlcHdr/>
          </w:sdtPr>
          <w:sdtContent>
            <w:tc>
              <w:tcPr>
                <w:tcW w:w="2381" w:type="dxa"/>
              </w:tcPr>
              <w:p w14:paraId="60284387" w14:textId="208E0225" w:rsidR="001C0794" w:rsidRDefault="00F62FEE" w:rsidP="00F23788">
                <w:pPr>
                  <w:rPr>
                    <w:rFonts w:ascii="Aptos" w:eastAsia="Aptos" w:hAnsi="Aptos" w:cs="Aptos"/>
                    <w:sz w:val="24"/>
                    <w:szCs w:val="24"/>
                  </w:rPr>
                </w:pPr>
                <w:r w:rsidRPr="00551D8E">
                  <w:rPr>
                    <w:rStyle w:val="PlaceholderText"/>
                  </w:rPr>
                  <w:t>Click or tap here to enter text.</w:t>
                </w:r>
              </w:p>
            </w:tc>
          </w:sdtContent>
        </w:sdt>
      </w:tr>
      <w:tr w:rsidR="001C0794" w14:paraId="2ABCF7A7" w14:textId="77777777" w:rsidTr="00790473">
        <w:trPr>
          <w:trHeight w:val="300"/>
        </w:trPr>
        <w:tc>
          <w:tcPr>
            <w:tcW w:w="2381" w:type="dxa"/>
          </w:tcPr>
          <w:sdt>
            <w:sdtPr>
              <w:rPr>
                <w:rFonts w:ascii="Aptos" w:eastAsia="Aptos" w:hAnsi="Aptos" w:cs="Aptos"/>
                <w:sz w:val="24"/>
                <w:szCs w:val="24"/>
              </w:rPr>
              <w:id w:val="84888963"/>
              <w:placeholder>
                <w:docPart w:val="DefaultPlaceholder_-1854013440"/>
              </w:placeholder>
              <w:showingPlcHdr/>
            </w:sdtPr>
            <w:sdtContent>
              <w:p w14:paraId="15B46979" w14:textId="717E76E9" w:rsidR="001C0794" w:rsidRDefault="00F62FEE" w:rsidP="00F23788">
                <w:pPr>
                  <w:rPr>
                    <w:rFonts w:ascii="Aptos" w:eastAsia="Aptos" w:hAnsi="Aptos" w:cs="Aptos"/>
                    <w:sz w:val="24"/>
                    <w:szCs w:val="24"/>
                  </w:rPr>
                </w:pPr>
                <w:r w:rsidRPr="00551D8E">
                  <w:rPr>
                    <w:rStyle w:val="PlaceholderText"/>
                  </w:rPr>
                  <w:t>Click or tap here to enter text.</w:t>
                </w:r>
              </w:p>
            </w:sdtContent>
          </w:sdt>
          <w:p w14:paraId="453F10D6" w14:textId="77777777" w:rsidR="001C0794" w:rsidRDefault="001C0794" w:rsidP="00F23788">
            <w:pPr>
              <w:rPr>
                <w:rFonts w:ascii="Aptos" w:eastAsia="Aptos" w:hAnsi="Aptos" w:cs="Aptos"/>
                <w:sz w:val="24"/>
                <w:szCs w:val="24"/>
              </w:rPr>
            </w:pPr>
          </w:p>
        </w:tc>
        <w:sdt>
          <w:sdtPr>
            <w:rPr>
              <w:rFonts w:ascii="Aptos" w:eastAsia="Aptos" w:hAnsi="Aptos" w:cs="Aptos"/>
              <w:sz w:val="24"/>
              <w:szCs w:val="24"/>
            </w:rPr>
            <w:id w:val="1105156849"/>
            <w:placeholder>
              <w:docPart w:val="DefaultPlaceholder_-1854013440"/>
            </w:placeholder>
            <w:showingPlcHdr/>
          </w:sdtPr>
          <w:sdtContent>
            <w:tc>
              <w:tcPr>
                <w:tcW w:w="2774" w:type="dxa"/>
              </w:tcPr>
              <w:p w14:paraId="1F75BF54" w14:textId="0B4BEF22"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1265456540"/>
            <w:placeholder>
              <w:docPart w:val="DefaultPlaceholder_-1854013440"/>
            </w:placeholder>
            <w:showingPlcHdr/>
          </w:sdtPr>
          <w:sdtContent>
            <w:tc>
              <w:tcPr>
                <w:tcW w:w="1994" w:type="dxa"/>
              </w:tcPr>
              <w:p w14:paraId="0339CE57" w14:textId="102FB97A"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1760357907"/>
            <w:placeholder>
              <w:docPart w:val="DefaultPlaceholder_-1854013440"/>
            </w:placeholder>
            <w:showingPlcHdr/>
          </w:sdtPr>
          <w:sdtContent>
            <w:tc>
              <w:tcPr>
                <w:tcW w:w="2381" w:type="dxa"/>
              </w:tcPr>
              <w:p w14:paraId="5BAD8465" w14:textId="00661376" w:rsidR="001C0794" w:rsidRDefault="00F62FEE" w:rsidP="00F23788">
                <w:pPr>
                  <w:rPr>
                    <w:rFonts w:ascii="Aptos" w:eastAsia="Aptos" w:hAnsi="Aptos" w:cs="Aptos"/>
                    <w:sz w:val="24"/>
                    <w:szCs w:val="24"/>
                  </w:rPr>
                </w:pPr>
                <w:r w:rsidRPr="00551D8E">
                  <w:rPr>
                    <w:rStyle w:val="PlaceholderText"/>
                  </w:rPr>
                  <w:t>Click or tap here to enter text.</w:t>
                </w:r>
              </w:p>
            </w:tc>
          </w:sdtContent>
        </w:sdt>
      </w:tr>
      <w:tr w:rsidR="001C0794" w14:paraId="0E3F6443" w14:textId="77777777" w:rsidTr="00790473">
        <w:trPr>
          <w:trHeight w:val="300"/>
        </w:trPr>
        <w:sdt>
          <w:sdtPr>
            <w:rPr>
              <w:rFonts w:ascii="Aptos" w:eastAsia="Aptos" w:hAnsi="Aptos" w:cs="Aptos"/>
              <w:sz w:val="24"/>
              <w:szCs w:val="24"/>
            </w:rPr>
            <w:id w:val="-1284033929"/>
            <w:placeholder>
              <w:docPart w:val="DefaultPlaceholder_-1854013440"/>
            </w:placeholder>
            <w:showingPlcHdr/>
          </w:sdtPr>
          <w:sdtContent>
            <w:tc>
              <w:tcPr>
                <w:tcW w:w="2381" w:type="dxa"/>
              </w:tcPr>
              <w:p w14:paraId="6ECD9390" w14:textId="224E601D"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2062933157"/>
            <w:placeholder>
              <w:docPart w:val="DefaultPlaceholder_-1854013440"/>
            </w:placeholder>
            <w:showingPlcHdr/>
          </w:sdtPr>
          <w:sdtContent>
            <w:tc>
              <w:tcPr>
                <w:tcW w:w="2774" w:type="dxa"/>
              </w:tcPr>
              <w:p w14:paraId="5FA2EDF4" w14:textId="54B43C71"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1764831681"/>
            <w:placeholder>
              <w:docPart w:val="DefaultPlaceholder_-1854013440"/>
            </w:placeholder>
            <w:showingPlcHdr/>
          </w:sdtPr>
          <w:sdtContent>
            <w:tc>
              <w:tcPr>
                <w:tcW w:w="1994" w:type="dxa"/>
              </w:tcPr>
              <w:p w14:paraId="088F8030" w14:textId="562A478C"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1908957086"/>
            <w:placeholder>
              <w:docPart w:val="DefaultPlaceholder_-1854013440"/>
            </w:placeholder>
            <w:showingPlcHdr/>
          </w:sdtPr>
          <w:sdtContent>
            <w:tc>
              <w:tcPr>
                <w:tcW w:w="2381" w:type="dxa"/>
              </w:tcPr>
              <w:p w14:paraId="04355D0D" w14:textId="48AF947A" w:rsidR="001C0794" w:rsidRDefault="00F62FEE" w:rsidP="00F23788">
                <w:pPr>
                  <w:rPr>
                    <w:rFonts w:ascii="Aptos" w:eastAsia="Aptos" w:hAnsi="Aptos" w:cs="Aptos"/>
                    <w:sz w:val="24"/>
                    <w:szCs w:val="24"/>
                  </w:rPr>
                </w:pPr>
                <w:r w:rsidRPr="00551D8E">
                  <w:rPr>
                    <w:rStyle w:val="PlaceholderText"/>
                  </w:rPr>
                  <w:t>Click or tap here to enter text.</w:t>
                </w:r>
              </w:p>
            </w:tc>
          </w:sdtContent>
        </w:sdt>
      </w:tr>
      <w:tr w:rsidR="001C0794" w14:paraId="2E949175" w14:textId="77777777" w:rsidTr="00790473">
        <w:trPr>
          <w:trHeight w:val="300"/>
        </w:trPr>
        <w:tc>
          <w:tcPr>
            <w:tcW w:w="2381" w:type="dxa"/>
          </w:tcPr>
          <w:sdt>
            <w:sdtPr>
              <w:rPr>
                <w:rFonts w:ascii="Aptos" w:eastAsia="Aptos" w:hAnsi="Aptos" w:cs="Aptos"/>
                <w:sz w:val="24"/>
                <w:szCs w:val="24"/>
              </w:rPr>
              <w:id w:val="369189130"/>
              <w:placeholder>
                <w:docPart w:val="DefaultPlaceholder_-1854013440"/>
              </w:placeholder>
              <w:showingPlcHdr/>
            </w:sdtPr>
            <w:sdtContent>
              <w:p w14:paraId="30F61C15" w14:textId="12B70C25" w:rsidR="001C0794" w:rsidRDefault="00F62FEE" w:rsidP="00F23788">
                <w:pPr>
                  <w:rPr>
                    <w:rFonts w:ascii="Aptos" w:eastAsia="Aptos" w:hAnsi="Aptos" w:cs="Aptos"/>
                    <w:sz w:val="24"/>
                    <w:szCs w:val="24"/>
                  </w:rPr>
                </w:pPr>
                <w:r w:rsidRPr="00551D8E">
                  <w:rPr>
                    <w:rStyle w:val="PlaceholderText"/>
                  </w:rPr>
                  <w:t>Click or tap here to enter text.</w:t>
                </w:r>
              </w:p>
            </w:sdtContent>
          </w:sdt>
          <w:p w14:paraId="6CA01EE1" w14:textId="77777777" w:rsidR="001C0794" w:rsidRDefault="001C0794" w:rsidP="00F23788">
            <w:pPr>
              <w:rPr>
                <w:rFonts w:ascii="Aptos" w:eastAsia="Aptos" w:hAnsi="Aptos" w:cs="Aptos"/>
                <w:sz w:val="24"/>
                <w:szCs w:val="24"/>
              </w:rPr>
            </w:pPr>
          </w:p>
        </w:tc>
        <w:sdt>
          <w:sdtPr>
            <w:rPr>
              <w:rFonts w:ascii="Aptos" w:eastAsia="Aptos" w:hAnsi="Aptos" w:cs="Aptos"/>
              <w:sz w:val="24"/>
              <w:szCs w:val="24"/>
            </w:rPr>
            <w:id w:val="1381209690"/>
            <w:placeholder>
              <w:docPart w:val="DefaultPlaceholder_-1854013440"/>
            </w:placeholder>
            <w:showingPlcHdr/>
          </w:sdtPr>
          <w:sdtContent>
            <w:tc>
              <w:tcPr>
                <w:tcW w:w="2774" w:type="dxa"/>
              </w:tcPr>
              <w:p w14:paraId="55CD81FE" w14:textId="32AC7D57"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1032931308"/>
            <w:placeholder>
              <w:docPart w:val="DefaultPlaceholder_-1854013440"/>
            </w:placeholder>
            <w:showingPlcHdr/>
          </w:sdtPr>
          <w:sdtContent>
            <w:tc>
              <w:tcPr>
                <w:tcW w:w="1994" w:type="dxa"/>
              </w:tcPr>
              <w:p w14:paraId="4800C89C" w14:textId="3ED1F420" w:rsidR="001C0794" w:rsidRDefault="00F62FEE" w:rsidP="00F23788">
                <w:pPr>
                  <w:rPr>
                    <w:rFonts w:ascii="Aptos" w:eastAsia="Aptos" w:hAnsi="Aptos" w:cs="Aptos"/>
                    <w:sz w:val="24"/>
                    <w:szCs w:val="24"/>
                  </w:rPr>
                </w:pPr>
                <w:r w:rsidRPr="00551D8E">
                  <w:rPr>
                    <w:rStyle w:val="PlaceholderText"/>
                  </w:rPr>
                  <w:t>Click or tap here to enter text.</w:t>
                </w:r>
              </w:p>
            </w:tc>
          </w:sdtContent>
        </w:sdt>
        <w:sdt>
          <w:sdtPr>
            <w:rPr>
              <w:rFonts w:ascii="Aptos" w:eastAsia="Aptos" w:hAnsi="Aptos" w:cs="Aptos"/>
              <w:sz w:val="24"/>
              <w:szCs w:val="24"/>
            </w:rPr>
            <w:id w:val="-1919777873"/>
            <w:placeholder>
              <w:docPart w:val="DefaultPlaceholder_-1854013440"/>
            </w:placeholder>
            <w:showingPlcHdr/>
          </w:sdtPr>
          <w:sdtContent>
            <w:tc>
              <w:tcPr>
                <w:tcW w:w="2381" w:type="dxa"/>
              </w:tcPr>
              <w:p w14:paraId="611CF29E" w14:textId="11175D74" w:rsidR="001C0794" w:rsidRDefault="00F62FEE" w:rsidP="00F23788">
                <w:pPr>
                  <w:rPr>
                    <w:rFonts w:ascii="Aptos" w:eastAsia="Aptos" w:hAnsi="Aptos" w:cs="Aptos"/>
                    <w:sz w:val="24"/>
                    <w:szCs w:val="24"/>
                  </w:rPr>
                </w:pPr>
                <w:r w:rsidRPr="00551D8E">
                  <w:rPr>
                    <w:rStyle w:val="PlaceholderText"/>
                  </w:rPr>
                  <w:t>Click or tap here to enter text.</w:t>
                </w:r>
              </w:p>
            </w:tc>
          </w:sdtContent>
        </w:sdt>
      </w:tr>
    </w:tbl>
    <w:p w14:paraId="34C932B3" w14:textId="149D0B3A" w:rsidR="001121CB" w:rsidRDefault="001121CB" w:rsidP="30818E9D"/>
    <w:p w14:paraId="65A5CC54" w14:textId="77777777" w:rsidR="00F315DD" w:rsidRDefault="00F315DD" w:rsidP="30818E9D">
      <w:pPr>
        <w:spacing w:after="0"/>
        <w:rPr>
          <w:rFonts w:ascii="Aptos" w:eastAsia="Aptos" w:hAnsi="Aptos" w:cs="Aptos"/>
          <w:b/>
          <w:bCs/>
          <w:color w:val="1F497D" w:themeColor="text2"/>
          <w:sz w:val="24"/>
          <w:szCs w:val="24"/>
        </w:rPr>
      </w:pPr>
    </w:p>
    <w:p w14:paraId="26BE19D7" w14:textId="77777777" w:rsidR="00F315DD" w:rsidRDefault="00F315DD" w:rsidP="30818E9D">
      <w:pPr>
        <w:spacing w:after="0"/>
        <w:rPr>
          <w:rFonts w:ascii="Aptos" w:eastAsia="Aptos" w:hAnsi="Aptos" w:cs="Aptos"/>
          <w:b/>
          <w:bCs/>
          <w:color w:val="1F497D" w:themeColor="text2"/>
          <w:sz w:val="24"/>
          <w:szCs w:val="24"/>
        </w:rPr>
      </w:pPr>
    </w:p>
    <w:p w14:paraId="3FCCD51F" w14:textId="3646DF2F" w:rsidR="001121CB" w:rsidRDefault="4DA04C79" w:rsidP="30818E9D">
      <w:pPr>
        <w:spacing w:after="0"/>
        <w:rPr>
          <w:rFonts w:ascii="Aptos" w:eastAsia="Aptos" w:hAnsi="Aptos" w:cs="Aptos"/>
          <w:b/>
          <w:bCs/>
          <w:color w:val="1F497D" w:themeColor="text2"/>
          <w:sz w:val="24"/>
          <w:szCs w:val="24"/>
        </w:rPr>
      </w:pPr>
      <w:r w:rsidRPr="30818E9D">
        <w:rPr>
          <w:rFonts w:ascii="Aptos" w:eastAsia="Aptos" w:hAnsi="Aptos" w:cs="Aptos"/>
          <w:b/>
          <w:bCs/>
          <w:color w:val="1F497D" w:themeColor="text2"/>
          <w:sz w:val="24"/>
          <w:szCs w:val="24"/>
        </w:rPr>
        <w:t>Employment</w:t>
      </w:r>
      <w:r w:rsidR="005859CC">
        <w:rPr>
          <w:rFonts w:ascii="Aptos" w:eastAsia="Aptos" w:hAnsi="Aptos" w:cs="Aptos"/>
          <w:b/>
          <w:bCs/>
          <w:color w:val="1F497D" w:themeColor="text2"/>
          <w:sz w:val="24"/>
          <w:szCs w:val="24"/>
        </w:rPr>
        <w:t xml:space="preserve"> History </w:t>
      </w:r>
    </w:p>
    <w:p w14:paraId="337E028D" w14:textId="50349EEC" w:rsidR="001121CB" w:rsidRPr="00DA5E9A" w:rsidRDefault="001954A8" w:rsidP="001954A8">
      <w:pPr>
        <w:spacing w:after="0"/>
        <w:rPr>
          <w:rFonts w:ascii="Aptos" w:eastAsia="Aptos" w:hAnsi="Aptos" w:cs="Aptos"/>
          <w:sz w:val="24"/>
          <w:szCs w:val="24"/>
          <w:lang w:val="en-GB"/>
        </w:rPr>
      </w:pPr>
      <w:r w:rsidRPr="1E65946D">
        <w:rPr>
          <w:rFonts w:ascii="Aptos" w:eastAsia="Aptos" w:hAnsi="Aptos" w:cs="Aptos"/>
          <w:sz w:val="24"/>
          <w:szCs w:val="24"/>
        </w:rPr>
        <w:t>Starting with your most recent employer, p</w:t>
      </w:r>
      <w:r w:rsidR="4DA04C79" w:rsidRPr="1E65946D">
        <w:rPr>
          <w:rFonts w:ascii="Aptos" w:eastAsia="Aptos" w:hAnsi="Aptos" w:cs="Aptos"/>
          <w:sz w:val="24"/>
          <w:szCs w:val="24"/>
        </w:rPr>
        <w:t xml:space="preserve">lease tell us about </w:t>
      </w:r>
      <w:r w:rsidRPr="1E65946D">
        <w:rPr>
          <w:rFonts w:ascii="Aptos" w:eastAsia="Aptos" w:hAnsi="Aptos" w:cs="Aptos"/>
          <w:sz w:val="24"/>
          <w:szCs w:val="24"/>
        </w:rPr>
        <w:t xml:space="preserve">roles </w:t>
      </w:r>
      <w:r w:rsidR="4DA04C79" w:rsidRPr="1E65946D">
        <w:rPr>
          <w:rFonts w:ascii="Aptos" w:eastAsia="Aptos" w:hAnsi="Aptos" w:cs="Aptos"/>
          <w:sz w:val="24"/>
          <w:szCs w:val="24"/>
        </w:rPr>
        <w:t>you have held in the past 10 years. Include job titles,</w:t>
      </w:r>
      <w:r w:rsidRPr="1E65946D">
        <w:rPr>
          <w:rFonts w:ascii="Aptos" w:eastAsia="Aptos" w:hAnsi="Aptos" w:cs="Aptos"/>
          <w:sz w:val="24"/>
          <w:szCs w:val="24"/>
        </w:rPr>
        <w:t xml:space="preserve"> </w:t>
      </w:r>
      <w:r w:rsidR="4DA04C79" w:rsidRPr="1E65946D">
        <w:rPr>
          <w:rFonts w:ascii="Aptos" w:eastAsia="Aptos" w:hAnsi="Aptos" w:cs="Aptos"/>
          <w:sz w:val="24"/>
          <w:szCs w:val="24"/>
        </w:rPr>
        <w:t xml:space="preserve">dates, and key skills gained. You may </w:t>
      </w:r>
      <w:r w:rsidR="51A8ECFD" w:rsidRPr="1E65946D">
        <w:rPr>
          <w:rFonts w:ascii="Aptos" w:eastAsia="Aptos" w:hAnsi="Aptos" w:cs="Aptos"/>
          <w:sz w:val="24"/>
          <w:szCs w:val="24"/>
        </w:rPr>
        <w:t>continue</w:t>
      </w:r>
      <w:r w:rsidR="4DA04C79" w:rsidRPr="1E65946D">
        <w:rPr>
          <w:rFonts w:ascii="Aptos" w:eastAsia="Aptos" w:hAnsi="Aptos" w:cs="Aptos"/>
          <w:sz w:val="24"/>
          <w:szCs w:val="24"/>
        </w:rPr>
        <w:t xml:space="preserve"> a separate sheet if needed.</w:t>
      </w:r>
      <w:r w:rsidRPr="1E65946D">
        <w:rPr>
          <w:rFonts w:ascii="Aptos" w:eastAsia="Aptos" w:hAnsi="Aptos" w:cs="Aptos"/>
          <w:sz w:val="24"/>
          <w:szCs w:val="24"/>
        </w:rPr>
        <w:t xml:space="preserve"> </w:t>
      </w:r>
      <w:r>
        <w:br/>
      </w:r>
      <w:r w:rsidR="00DA5E9A" w:rsidRPr="1E65946D">
        <w:rPr>
          <w:rFonts w:ascii="Aptos" w:eastAsia="Aptos" w:hAnsi="Aptos" w:cs="Aptos"/>
          <w:sz w:val="24"/>
          <w:szCs w:val="24"/>
          <w:lang w:val="en-GB"/>
        </w:rPr>
        <w:t>Please explain any gaps in employment, education or training of three months or more.</w:t>
      </w:r>
    </w:p>
    <w:tbl>
      <w:tblPr>
        <w:tblStyle w:val="TableGrid"/>
        <w:tblW w:w="0" w:type="auto"/>
        <w:tblLayout w:type="fixed"/>
        <w:tblLook w:val="06A0" w:firstRow="1" w:lastRow="0" w:firstColumn="1" w:lastColumn="0" w:noHBand="1" w:noVBand="1"/>
      </w:tblPr>
      <w:tblGrid>
        <w:gridCol w:w="3941"/>
        <w:gridCol w:w="5589"/>
      </w:tblGrid>
      <w:tr w:rsidR="30818E9D" w14:paraId="1ECE6E22" w14:textId="77777777" w:rsidTr="007D7041">
        <w:trPr>
          <w:trHeight w:val="300"/>
        </w:trPr>
        <w:tc>
          <w:tcPr>
            <w:tcW w:w="3941" w:type="dxa"/>
            <w:tcBorders>
              <w:top w:val="single" w:sz="12" w:space="0" w:color="auto"/>
              <w:left w:val="single" w:sz="12" w:space="0" w:color="auto"/>
            </w:tcBorders>
          </w:tcPr>
          <w:p w14:paraId="0094E67E" w14:textId="54C8FD73" w:rsidR="675C88C3" w:rsidRDefault="675C88C3" w:rsidP="30818E9D">
            <w:pPr>
              <w:rPr>
                <w:rFonts w:ascii="Aptos" w:eastAsia="Aptos" w:hAnsi="Aptos" w:cs="Aptos"/>
                <w:b/>
                <w:bCs/>
                <w:sz w:val="24"/>
                <w:szCs w:val="24"/>
              </w:rPr>
            </w:pPr>
            <w:r w:rsidRPr="30818E9D">
              <w:rPr>
                <w:rFonts w:ascii="Aptos" w:eastAsia="Aptos" w:hAnsi="Aptos" w:cs="Aptos"/>
                <w:b/>
                <w:bCs/>
                <w:sz w:val="24"/>
                <w:szCs w:val="24"/>
              </w:rPr>
              <w:t>Employer</w:t>
            </w:r>
            <w:r w:rsidR="00DA5E9A">
              <w:rPr>
                <w:rFonts w:ascii="Aptos" w:eastAsia="Aptos" w:hAnsi="Aptos" w:cs="Aptos"/>
                <w:b/>
                <w:bCs/>
                <w:sz w:val="24"/>
                <w:szCs w:val="24"/>
              </w:rPr>
              <w:t xml:space="preserve"> (most recent)</w:t>
            </w:r>
            <w:r w:rsidRPr="30818E9D">
              <w:rPr>
                <w:rFonts w:ascii="Aptos" w:eastAsia="Aptos" w:hAnsi="Aptos" w:cs="Aptos"/>
                <w:b/>
                <w:bCs/>
                <w:sz w:val="24"/>
                <w:szCs w:val="24"/>
              </w:rPr>
              <w:t>:</w:t>
            </w:r>
          </w:p>
          <w:sdt>
            <w:sdtPr>
              <w:rPr>
                <w:rFonts w:ascii="Aptos" w:eastAsia="Aptos" w:hAnsi="Aptos" w:cs="Aptos"/>
                <w:b/>
                <w:bCs/>
                <w:sz w:val="24"/>
                <w:szCs w:val="24"/>
              </w:rPr>
              <w:id w:val="-545993569"/>
              <w:placeholder>
                <w:docPart w:val="DefaultPlaceholder_-1854013440"/>
              </w:placeholder>
            </w:sdtPr>
            <w:sdtContent>
              <w:sdt>
                <w:sdtPr>
                  <w:rPr>
                    <w:rFonts w:ascii="Aptos" w:eastAsia="Aptos" w:hAnsi="Aptos" w:cs="Aptos"/>
                    <w:b/>
                    <w:bCs/>
                    <w:sz w:val="24"/>
                    <w:szCs w:val="24"/>
                  </w:rPr>
                  <w:id w:val="1949043432"/>
                  <w:placeholder>
                    <w:docPart w:val="DefaultPlaceholder_-1854013440"/>
                  </w:placeholder>
                  <w:showingPlcHdr/>
                </w:sdtPr>
                <w:sdtContent>
                  <w:p w14:paraId="7DD2116F" w14:textId="4F2C205F" w:rsidR="30818E9D" w:rsidRDefault="0028046D" w:rsidP="30818E9D">
                    <w:pPr>
                      <w:rPr>
                        <w:rFonts w:ascii="Aptos" w:eastAsia="Aptos" w:hAnsi="Aptos" w:cs="Aptos"/>
                        <w:b/>
                        <w:bCs/>
                        <w:sz w:val="24"/>
                        <w:szCs w:val="24"/>
                      </w:rPr>
                    </w:pPr>
                    <w:r w:rsidRPr="00551D8E">
                      <w:rPr>
                        <w:rStyle w:val="PlaceholderText"/>
                      </w:rPr>
                      <w:t>Click or tap here to enter text.</w:t>
                    </w:r>
                  </w:p>
                </w:sdtContent>
              </w:sdt>
            </w:sdtContent>
          </w:sdt>
          <w:p w14:paraId="1235E81E" w14:textId="38647AF7" w:rsidR="30818E9D" w:rsidRDefault="30818E9D" w:rsidP="30818E9D">
            <w:pPr>
              <w:rPr>
                <w:rFonts w:ascii="Aptos" w:eastAsia="Aptos" w:hAnsi="Aptos" w:cs="Aptos"/>
                <w:b/>
                <w:bCs/>
                <w:sz w:val="24"/>
                <w:szCs w:val="24"/>
              </w:rPr>
            </w:pPr>
          </w:p>
          <w:p w14:paraId="790F3863" w14:textId="38D15A74" w:rsidR="30818E9D" w:rsidRDefault="30818E9D" w:rsidP="30818E9D">
            <w:pPr>
              <w:rPr>
                <w:rFonts w:ascii="Aptos" w:eastAsia="Aptos" w:hAnsi="Aptos" w:cs="Aptos"/>
                <w:b/>
                <w:bCs/>
                <w:sz w:val="24"/>
                <w:szCs w:val="24"/>
              </w:rPr>
            </w:pPr>
          </w:p>
          <w:p w14:paraId="65A599E5" w14:textId="7860DF94" w:rsidR="30818E9D" w:rsidRDefault="30818E9D" w:rsidP="30818E9D">
            <w:pPr>
              <w:rPr>
                <w:rFonts w:ascii="Aptos" w:eastAsia="Aptos" w:hAnsi="Aptos" w:cs="Aptos"/>
                <w:b/>
                <w:bCs/>
                <w:sz w:val="24"/>
                <w:szCs w:val="24"/>
              </w:rPr>
            </w:pPr>
          </w:p>
        </w:tc>
        <w:tc>
          <w:tcPr>
            <w:tcW w:w="5589" w:type="dxa"/>
            <w:vMerge w:val="restart"/>
            <w:tcBorders>
              <w:top w:val="single" w:sz="12" w:space="0" w:color="auto"/>
              <w:right w:val="single" w:sz="12" w:space="0" w:color="auto"/>
            </w:tcBorders>
          </w:tcPr>
          <w:p w14:paraId="2E958D38" w14:textId="77777777" w:rsidR="00EE701C" w:rsidRDefault="675C88C3" w:rsidP="30818E9D">
            <w:pPr>
              <w:rPr>
                <w:rFonts w:ascii="Aptos" w:eastAsia="Aptos" w:hAnsi="Aptos" w:cs="Aptos"/>
                <w:b/>
                <w:bCs/>
                <w:sz w:val="24"/>
                <w:szCs w:val="24"/>
              </w:rPr>
            </w:pPr>
            <w:r w:rsidRPr="30818E9D">
              <w:rPr>
                <w:rFonts w:ascii="Aptos" w:eastAsia="Aptos" w:hAnsi="Aptos" w:cs="Aptos"/>
                <w:b/>
                <w:bCs/>
                <w:sz w:val="24"/>
                <w:szCs w:val="24"/>
              </w:rPr>
              <w:t>Key skills used or gaine</w:t>
            </w:r>
            <w:r w:rsidR="006C35CF">
              <w:rPr>
                <w:rFonts w:ascii="Aptos" w:eastAsia="Aptos" w:hAnsi="Aptos" w:cs="Aptos"/>
                <w:b/>
                <w:bCs/>
                <w:sz w:val="24"/>
                <w:szCs w:val="24"/>
              </w:rPr>
              <w:t>d</w:t>
            </w:r>
          </w:p>
          <w:sdt>
            <w:sdtPr>
              <w:rPr>
                <w:rFonts w:ascii="Aptos" w:eastAsia="Aptos" w:hAnsi="Aptos" w:cs="Aptos"/>
                <w:b/>
                <w:bCs/>
                <w:sz w:val="24"/>
                <w:szCs w:val="24"/>
              </w:rPr>
              <w:id w:val="1147167830"/>
              <w:placeholder>
                <w:docPart w:val="DefaultPlaceholder_-1854013440"/>
              </w:placeholder>
              <w:showingPlcHdr/>
            </w:sdtPr>
            <w:sdtContent>
              <w:p w14:paraId="143998FA" w14:textId="400DF6FC" w:rsidR="006C35CF" w:rsidRDefault="006C35CF" w:rsidP="30818E9D">
                <w:pPr>
                  <w:rPr>
                    <w:rFonts w:ascii="Aptos" w:eastAsia="Aptos" w:hAnsi="Aptos" w:cs="Aptos"/>
                    <w:b/>
                    <w:bCs/>
                    <w:sz w:val="24"/>
                    <w:szCs w:val="24"/>
                  </w:rPr>
                </w:pPr>
                <w:r w:rsidRPr="00551D8E">
                  <w:rPr>
                    <w:rStyle w:val="PlaceholderText"/>
                  </w:rPr>
                  <w:t>Click or tap here to enter text.</w:t>
                </w:r>
              </w:p>
            </w:sdtContent>
          </w:sdt>
        </w:tc>
      </w:tr>
      <w:tr w:rsidR="30818E9D" w14:paraId="0D44747F" w14:textId="77777777" w:rsidTr="007D7041">
        <w:trPr>
          <w:trHeight w:val="300"/>
        </w:trPr>
        <w:tc>
          <w:tcPr>
            <w:tcW w:w="3941" w:type="dxa"/>
            <w:tcBorders>
              <w:left w:val="single" w:sz="12" w:space="0" w:color="auto"/>
            </w:tcBorders>
          </w:tcPr>
          <w:p w14:paraId="08D0AB6C" w14:textId="77777777" w:rsidR="006C35CF" w:rsidRDefault="675C88C3" w:rsidP="30818E9D">
            <w:pPr>
              <w:rPr>
                <w:rFonts w:ascii="Aptos" w:eastAsia="Aptos" w:hAnsi="Aptos" w:cs="Aptos"/>
                <w:b/>
                <w:bCs/>
                <w:sz w:val="24"/>
                <w:szCs w:val="24"/>
              </w:rPr>
            </w:pPr>
            <w:r w:rsidRPr="30818E9D">
              <w:rPr>
                <w:rFonts w:ascii="Aptos" w:eastAsia="Aptos" w:hAnsi="Aptos" w:cs="Aptos"/>
                <w:b/>
                <w:bCs/>
                <w:sz w:val="24"/>
                <w:szCs w:val="24"/>
              </w:rPr>
              <w:t>Job Title</w:t>
            </w:r>
            <w:r w:rsidR="009D7F1A">
              <w:rPr>
                <w:rFonts w:ascii="Aptos" w:eastAsia="Aptos" w:hAnsi="Aptos" w:cs="Aptos"/>
                <w:b/>
                <w:bCs/>
                <w:sz w:val="24"/>
                <w:szCs w:val="24"/>
              </w:rPr>
              <w:t>:</w:t>
            </w:r>
          </w:p>
          <w:p w14:paraId="2E8BB5E5" w14:textId="6D4846CA" w:rsidR="675C88C3" w:rsidRDefault="00EE701C" w:rsidP="30818E9D">
            <w:pPr>
              <w:rPr>
                <w:rFonts w:ascii="Aptos" w:eastAsia="Aptos" w:hAnsi="Aptos" w:cs="Aptos"/>
                <w:b/>
                <w:bCs/>
                <w:sz w:val="24"/>
                <w:szCs w:val="24"/>
              </w:rPr>
            </w:pPr>
            <w:r>
              <w:rPr>
                <w:rFonts w:ascii="Aptos" w:eastAsia="Aptos" w:hAnsi="Aptos" w:cs="Aptos"/>
                <w:b/>
                <w:bCs/>
                <w:sz w:val="24"/>
                <w:szCs w:val="24"/>
              </w:rPr>
              <w:t xml:space="preserve"> </w:t>
            </w:r>
            <w:sdt>
              <w:sdtPr>
                <w:rPr>
                  <w:rFonts w:ascii="Aptos" w:eastAsia="Aptos" w:hAnsi="Aptos" w:cs="Aptos"/>
                  <w:b/>
                  <w:bCs/>
                  <w:sz w:val="24"/>
                  <w:szCs w:val="24"/>
                </w:rPr>
                <w:id w:val="-849475346"/>
                <w:placeholder>
                  <w:docPart w:val="DefaultPlaceholder_-1854013440"/>
                </w:placeholder>
                <w:showingPlcHdr/>
                <w:text/>
              </w:sdtPr>
              <w:sdtContent>
                <w:r w:rsidRPr="00551D8E">
                  <w:rPr>
                    <w:rStyle w:val="PlaceholderText"/>
                  </w:rPr>
                  <w:t>Click or tap here to enter text.</w:t>
                </w:r>
              </w:sdtContent>
            </w:sdt>
          </w:p>
          <w:p w14:paraId="47BF03F6" w14:textId="0F77CB3D" w:rsidR="30818E9D" w:rsidRDefault="30818E9D" w:rsidP="30818E9D">
            <w:pPr>
              <w:rPr>
                <w:rFonts w:ascii="Aptos" w:eastAsia="Aptos" w:hAnsi="Aptos" w:cs="Aptos"/>
                <w:b/>
                <w:bCs/>
                <w:sz w:val="24"/>
                <w:szCs w:val="24"/>
              </w:rPr>
            </w:pPr>
          </w:p>
        </w:tc>
        <w:tc>
          <w:tcPr>
            <w:tcW w:w="5589" w:type="dxa"/>
            <w:vMerge/>
            <w:tcBorders>
              <w:right w:val="single" w:sz="12" w:space="0" w:color="auto"/>
            </w:tcBorders>
          </w:tcPr>
          <w:p w14:paraId="561B4752" w14:textId="77777777" w:rsidR="007E4E69" w:rsidRDefault="007E4E69"/>
        </w:tc>
      </w:tr>
      <w:tr w:rsidR="00F94F63" w14:paraId="0B88F5F9" w14:textId="77777777" w:rsidTr="007D7041">
        <w:trPr>
          <w:trHeight w:val="300"/>
        </w:trPr>
        <w:tc>
          <w:tcPr>
            <w:tcW w:w="3941" w:type="dxa"/>
            <w:tcBorders>
              <w:left w:val="single" w:sz="12" w:space="0" w:color="auto"/>
            </w:tcBorders>
          </w:tcPr>
          <w:p w14:paraId="607A0FE2" w14:textId="054960B3" w:rsidR="00F94F63" w:rsidRDefault="00F94F63" w:rsidP="00F94F63">
            <w:pPr>
              <w:rPr>
                <w:rFonts w:ascii="Aptos" w:eastAsia="Aptos" w:hAnsi="Aptos" w:cs="Aptos"/>
                <w:b/>
                <w:bCs/>
                <w:sz w:val="24"/>
                <w:szCs w:val="24"/>
              </w:rPr>
            </w:pPr>
            <w:r w:rsidRPr="30818E9D">
              <w:rPr>
                <w:rFonts w:ascii="Aptos" w:eastAsia="Aptos" w:hAnsi="Aptos" w:cs="Aptos"/>
                <w:b/>
                <w:bCs/>
                <w:sz w:val="24"/>
                <w:szCs w:val="24"/>
              </w:rPr>
              <w:t>Dates (From –To)</w:t>
            </w:r>
            <w:r w:rsidR="009D7F1A">
              <w:rPr>
                <w:rFonts w:ascii="Aptos" w:eastAsia="Aptos" w:hAnsi="Aptos" w:cs="Aptos"/>
                <w:b/>
                <w:bCs/>
                <w:sz w:val="24"/>
                <w:szCs w:val="24"/>
              </w:rPr>
              <w:t>:</w:t>
            </w:r>
          </w:p>
          <w:sdt>
            <w:sdtPr>
              <w:rPr>
                <w:rFonts w:ascii="Aptos" w:eastAsia="Aptos" w:hAnsi="Aptos" w:cs="Aptos"/>
                <w:b/>
                <w:bCs/>
                <w:sz w:val="24"/>
                <w:szCs w:val="24"/>
              </w:rPr>
              <w:id w:val="1347205849"/>
              <w:placeholder>
                <w:docPart w:val="DefaultPlaceholder_-1854013440"/>
              </w:placeholder>
              <w:showingPlcHdr/>
              <w:text/>
            </w:sdtPr>
            <w:sdtContent>
              <w:p w14:paraId="72345FC7" w14:textId="39B00705" w:rsidR="00F94F63" w:rsidRPr="30818E9D" w:rsidRDefault="00EE701C" w:rsidP="30818E9D">
                <w:pPr>
                  <w:rPr>
                    <w:rFonts w:ascii="Aptos" w:eastAsia="Aptos" w:hAnsi="Aptos" w:cs="Aptos"/>
                    <w:b/>
                    <w:bCs/>
                    <w:sz w:val="24"/>
                    <w:szCs w:val="24"/>
                  </w:rPr>
                </w:pPr>
                <w:r w:rsidRPr="00551D8E">
                  <w:rPr>
                    <w:rStyle w:val="PlaceholderText"/>
                  </w:rPr>
                  <w:t>Click or tap here to enter text.</w:t>
                </w:r>
              </w:p>
            </w:sdtContent>
          </w:sdt>
        </w:tc>
        <w:tc>
          <w:tcPr>
            <w:tcW w:w="5589" w:type="dxa"/>
            <w:vMerge/>
            <w:tcBorders>
              <w:right w:val="single" w:sz="12" w:space="0" w:color="auto"/>
            </w:tcBorders>
          </w:tcPr>
          <w:p w14:paraId="5E4B5857" w14:textId="77777777" w:rsidR="00F94F63" w:rsidRDefault="00F94F63"/>
        </w:tc>
      </w:tr>
      <w:tr w:rsidR="30818E9D" w14:paraId="1A000D13" w14:textId="77777777" w:rsidTr="007D7041">
        <w:trPr>
          <w:trHeight w:val="300"/>
        </w:trPr>
        <w:tc>
          <w:tcPr>
            <w:tcW w:w="3941" w:type="dxa"/>
            <w:tcBorders>
              <w:left w:val="single" w:sz="12" w:space="0" w:color="auto"/>
              <w:bottom w:val="single" w:sz="12" w:space="0" w:color="auto"/>
            </w:tcBorders>
          </w:tcPr>
          <w:p w14:paraId="13E717C6" w14:textId="0BC7A674" w:rsidR="30818E9D" w:rsidRDefault="00F94F63" w:rsidP="00F94F63">
            <w:pPr>
              <w:rPr>
                <w:rFonts w:ascii="Aptos" w:eastAsia="Aptos" w:hAnsi="Aptos" w:cs="Aptos"/>
                <w:b/>
                <w:bCs/>
                <w:sz w:val="24"/>
                <w:szCs w:val="24"/>
              </w:rPr>
            </w:pPr>
            <w:r>
              <w:rPr>
                <w:rFonts w:ascii="Aptos" w:eastAsia="Aptos" w:hAnsi="Aptos" w:cs="Aptos"/>
                <w:b/>
                <w:bCs/>
                <w:sz w:val="24"/>
                <w:szCs w:val="24"/>
              </w:rPr>
              <w:t>Reason for Leaving</w:t>
            </w:r>
            <w:r w:rsidR="009D7F1A">
              <w:rPr>
                <w:rFonts w:ascii="Aptos" w:eastAsia="Aptos" w:hAnsi="Aptos" w:cs="Aptos"/>
                <w:b/>
                <w:bCs/>
                <w:sz w:val="24"/>
                <w:szCs w:val="24"/>
              </w:rPr>
              <w:t>:</w:t>
            </w:r>
          </w:p>
          <w:sdt>
            <w:sdtPr>
              <w:rPr>
                <w:rFonts w:ascii="Aptos" w:eastAsia="Aptos" w:hAnsi="Aptos" w:cs="Aptos"/>
                <w:b/>
                <w:bCs/>
                <w:sz w:val="24"/>
                <w:szCs w:val="24"/>
              </w:rPr>
              <w:id w:val="366035691"/>
              <w:placeholder>
                <w:docPart w:val="DefaultPlaceholder_-1854013440"/>
              </w:placeholder>
              <w:showingPlcHdr/>
              <w:text/>
            </w:sdtPr>
            <w:sdtContent>
              <w:p w14:paraId="14822438" w14:textId="4A65851A" w:rsidR="00F94F63" w:rsidRDefault="00EE701C" w:rsidP="00F94F63">
                <w:pPr>
                  <w:rPr>
                    <w:rFonts w:ascii="Aptos" w:eastAsia="Aptos" w:hAnsi="Aptos" w:cs="Aptos"/>
                    <w:b/>
                    <w:bCs/>
                    <w:sz w:val="24"/>
                    <w:szCs w:val="24"/>
                  </w:rPr>
                </w:pPr>
                <w:r w:rsidRPr="00551D8E">
                  <w:rPr>
                    <w:rStyle w:val="PlaceholderText"/>
                  </w:rPr>
                  <w:t>Click or tap here to enter text.</w:t>
                </w:r>
              </w:p>
            </w:sdtContent>
          </w:sdt>
        </w:tc>
        <w:tc>
          <w:tcPr>
            <w:tcW w:w="5589" w:type="dxa"/>
            <w:vMerge/>
            <w:tcBorders>
              <w:bottom w:val="single" w:sz="12" w:space="0" w:color="auto"/>
              <w:right w:val="single" w:sz="12" w:space="0" w:color="auto"/>
            </w:tcBorders>
          </w:tcPr>
          <w:p w14:paraId="63095809" w14:textId="77777777" w:rsidR="007E4E69" w:rsidRDefault="007E4E69"/>
        </w:tc>
      </w:tr>
      <w:tr w:rsidR="30818E9D" w14:paraId="7B55E65F" w14:textId="77777777" w:rsidTr="007D7041">
        <w:trPr>
          <w:trHeight w:val="300"/>
        </w:trPr>
        <w:tc>
          <w:tcPr>
            <w:tcW w:w="3941" w:type="dxa"/>
            <w:tcBorders>
              <w:top w:val="single" w:sz="12" w:space="0" w:color="auto"/>
              <w:left w:val="single" w:sz="12" w:space="0" w:color="auto"/>
              <w:bottom w:val="single" w:sz="12" w:space="0" w:color="auto"/>
            </w:tcBorders>
          </w:tcPr>
          <w:p w14:paraId="27ADAF72" w14:textId="695E9498"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Employer:</w:t>
            </w:r>
          </w:p>
          <w:sdt>
            <w:sdtPr>
              <w:rPr>
                <w:rFonts w:ascii="Aptos" w:eastAsia="Aptos" w:hAnsi="Aptos" w:cs="Aptos"/>
                <w:b/>
                <w:bCs/>
                <w:sz w:val="24"/>
                <w:szCs w:val="24"/>
              </w:rPr>
              <w:id w:val="1674382856"/>
              <w:placeholder>
                <w:docPart w:val="DefaultPlaceholder_-1854013440"/>
              </w:placeholder>
              <w:showingPlcHdr/>
            </w:sdtPr>
            <w:sdtContent>
              <w:p w14:paraId="39E51539" w14:textId="4EBFDC3A" w:rsidR="30818E9D" w:rsidRDefault="002F6270" w:rsidP="30818E9D">
                <w:pPr>
                  <w:rPr>
                    <w:rFonts w:ascii="Aptos" w:eastAsia="Aptos" w:hAnsi="Aptos" w:cs="Aptos"/>
                    <w:b/>
                    <w:bCs/>
                    <w:sz w:val="24"/>
                    <w:szCs w:val="24"/>
                  </w:rPr>
                </w:pPr>
                <w:r w:rsidRPr="00551D8E">
                  <w:rPr>
                    <w:rStyle w:val="PlaceholderText"/>
                  </w:rPr>
                  <w:t>Click or tap here to enter text.</w:t>
                </w:r>
              </w:p>
            </w:sdtContent>
          </w:sdt>
          <w:p w14:paraId="1BB9085B" w14:textId="7F7A1B26" w:rsidR="30818E9D" w:rsidRDefault="30818E9D" w:rsidP="30818E9D">
            <w:pPr>
              <w:rPr>
                <w:rFonts w:ascii="Aptos" w:eastAsia="Aptos" w:hAnsi="Aptos" w:cs="Aptos"/>
                <w:b/>
                <w:bCs/>
                <w:sz w:val="24"/>
                <w:szCs w:val="24"/>
              </w:rPr>
            </w:pPr>
          </w:p>
          <w:p w14:paraId="5CE9BC89" w14:textId="38647AF7" w:rsidR="30818E9D" w:rsidRDefault="30818E9D" w:rsidP="30818E9D">
            <w:pPr>
              <w:rPr>
                <w:rFonts w:ascii="Aptos" w:eastAsia="Aptos" w:hAnsi="Aptos" w:cs="Aptos"/>
                <w:b/>
                <w:bCs/>
                <w:sz w:val="24"/>
                <w:szCs w:val="24"/>
              </w:rPr>
            </w:pPr>
          </w:p>
          <w:p w14:paraId="43665A2D" w14:textId="38D15A74" w:rsidR="30818E9D" w:rsidRDefault="30818E9D" w:rsidP="30818E9D">
            <w:pPr>
              <w:rPr>
                <w:rFonts w:ascii="Aptos" w:eastAsia="Aptos" w:hAnsi="Aptos" w:cs="Aptos"/>
                <w:b/>
                <w:bCs/>
                <w:sz w:val="24"/>
                <w:szCs w:val="24"/>
              </w:rPr>
            </w:pPr>
          </w:p>
          <w:p w14:paraId="6BD6832A" w14:textId="7860DF94" w:rsidR="30818E9D" w:rsidRDefault="30818E9D" w:rsidP="30818E9D">
            <w:pPr>
              <w:rPr>
                <w:rFonts w:ascii="Aptos" w:eastAsia="Aptos" w:hAnsi="Aptos" w:cs="Aptos"/>
                <w:b/>
                <w:bCs/>
                <w:sz w:val="24"/>
                <w:szCs w:val="24"/>
              </w:rPr>
            </w:pPr>
          </w:p>
        </w:tc>
        <w:tc>
          <w:tcPr>
            <w:tcW w:w="5589" w:type="dxa"/>
            <w:vMerge w:val="restart"/>
            <w:tcBorders>
              <w:top w:val="single" w:sz="12" w:space="0" w:color="auto"/>
              <w:right w:val="single" w:sz="12" w:space="0" w:color="auto"/>
            </w:tcBorders>
          </w:tcPr>
          <w:p w14:paraId="3E1C04F3" w14:textId="77777777"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Key skills used or gained</w:t>
            </w:r>
          </w:p>
          <w:sdt>
            <w:sdtPr>
              <w:rPr>
                <w:rFonts w:ascii="Aptos" w:eastAsia="Aptos" w:hAnsi="Aptos" w:cs="Aptos"/>
                <w:b/>
                <w:bCs/>
                <w:sz w:val="24"/>
                <w:szCs w:val="24"/>
              </w:rPr>
              <w:id w:val="-1306858958"/>
              <w:placeholder>
                <w:docPart w:val="DefaultPlaceholder_-1854013440"/>
              </w:placeholder>
              <w:showingPlcHdr/>
            </w:sdtPr>
            <w:sdtContent>
              <w:p w14:paraId="2B5B2BBF" w14:textId="76581E9F" w:rsidR="002F6270" w:rsidRDefault="002F6270" w:rsidP="30818E9D">
                <w:pPr>
                  <w:rPr>
                    <w:rFonts w:ascii="Aptos" w:eastAsia="Aptos" w:hAnsi="Aptos" w:cs="Aptos"/>
                    <w:b/>
                    <w:bCs/>
                    <w:sz w:val="24"/>
                    <w:szCs w:val="24"/>
                  </w:rPr>
                </w:pPr>
                <w:r w:rsidRPr="00551D8E">
                  <w:rPr>
                    <w:rStyle w:val="PlaceholderText"/>
                  </w:rPr>
                  <w:t>Click or tap here to enter text.</w:t>
                </w:r>
              </w:p>
            </w:sdtContent>
          </w:sdt>
        </w:tc>
      </w:tr>
      <w:tr w:rsidR="30818E9D" w14:paraId="7B190791" w14:textId="77777777" w:rsidTr="007D7041">
        <w:trPr>
          <w:trHeight w:val="300"/>
        </w:trPr>
        <w:tc>
          <w:tcPr>
            <w:tcW w:w="3941" w:type="dxa"/>
            <w:tcBorders>
              <w:top w:val="single" w:sz="12" w:space="0" w:color="auto"/>
              <w:left w:val="single" w:sz="12" w:space="0" w:color="auto"/>
              <w:bottom w:val="single" w:sz="12" w:space="0" w:color="auto"/>
            </w:tcBorders>
          </w:tcPr>
          <w:p w14:paraId="0D6EFCEE" w14:textId="0F27D78B"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Job Title</w:t>
            </w:r>
            <w:r w:rsidR="009D7F1A">
              <w:rPr>
                <w:rFonts w:ascii="Aptos" w:eastAsia="Aptos" w:hAnsi="Aptos" w:cs="Aptos"/>
                <w:b/>
                <w:bCs/>
                <w:sz w:val="24"/>
                <w:szCs w:val="24"/>
              </w:rPr>
              <w:t>:</w:t>
            </w:r>
          </w:p>
          <w:sdt>
            <w:sdtPr>
              <w:rPr>
                <w:rFonts w:ascii="Aptos" w:eastAsia="Aptos" w:hAnsi="Aptos" w:cs="Aptos"/>
                <w:b/>
                <w:bCs/>
                <w:sz w:val="24"/>
                <w:szCs w:val="24"/>
              </w:rPr>
              <w:id w:val="-1545049661"/>
              <w:placeholder>
                <w:docPart w:val="DefaultPlaceholder_-1854013440"/>
              </w:placeholder>
              <w:showingPlcHdr/>
              <w:text/>
            </w:sdtPr>
            <w:sdtContent>
              <w:p w14:paraId="0DD91FCE" w14:textId="529E941F" w:rsidR="30818E9D" w:rsidRDefault="002F6270" w:rsidP="30818E9D">
                <w:pPr>
                  <w:rPr>
                    <w:rFonts w:ascii="Aptos" w:eastAsia="Aptos" w:hAnsi="Aptos" w:cs="Aptos"/>
                    <w:b/>
                    <w:bCs/>
                    <w:sz w:val="24"/>
                    <w:szCs w:val="24"/>
                  </w:rPr>
                </w:pPr>
                <w:r w:rsidRPr="00551D8E">
                  <w:rPr>
                    <w:rStyle w:val="PlaceholderText"/>
                  </w:rPr>
                  <w:t>Click or tap here to enter text.</w:t>
                </w:r>
              </w:p>
            </w:sdtContent>
          </w:sdt>
        </w:tc>
        <w:tc>
          <w:tcPr>
            <w:tcW w:w="5589" w:type="dxa"/>
            <w:vMerge/>
            <w:tcBorders>
              <w:right w:val="single" w:sz="12" w:space="0" w:color="auto"/>
            </w:tcBorders>
          </w:tcPr>
          <w:p w14:paraId="42AA442B" w14:textId="77777777" w:rsidR="007E4E69" w:rsidRDefault="007E4E69"/>
        </w:tc>
      </w:tr>
      <w:tr w:rsidR="30818E9D" w14:paraId="34E129B5" w14:textId="77777777" w:rsidTr="007D7041">
        <w:trPr>
          <w:trHeight w:val="300"/>
        </w:trPr>
        <w:tc>
          <w:tcPr>
            <w:tcW w:w="3941" w:type="dxa"/>
            <w:tcBorders>
              <w:top w:val="single" w:sz="12" w:space="0" w:color="auto"/>
              <w:left w:val="single" w:sz="12" w:space="0" w:color="auto"/>
              <w:bottom w:val="single" w:sz="12" w:space="0" w:color="auto"/>
            </w:tcBorders>
          </w:tcPr>
          <w:p w14:paraId="6ED07BE2" w14:textId="0684B40F"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Dates (From –To)</w:t>
            </w:r>
            <w:r w:rsidR="009D7F1A">
              <w:rPr>
                <w:rFonts w:ascii="Aptos" w:eastAsia="Aptos" w:hAnsi="Aptos" w:cs="Aptos"/>
                <w:b/>
                <w:bCs/>
                <w:sz w:val="24"/>
                <w:szCs w:val="24"/>
              </w:rPr>
              <w:t>:</w:t>
            </w:r>
          </w:p>
          <w:sdt>
            <w:sdtPr>
              <w:rPr>
                <w:rFonts w:ascii="Aptos" w:eastAsia="Aptos" w:hAnsi="Aptos" w:cs="Aptos"/>
                <w:b/>
                <w:bCs/>
                <w:sz w:val="24"/>
                <w:szCs w:val="24"/>
              </w:rPr>
              <w:id w:val="-817190514"/>
              <w:placeholder>
                <w:docPart w:val="DefaultPlaceholder_-1854013440"/>
              </w:placeholder>
              <w:showingPlcHdr/>
              <w:text/>
            </w:sdtPr>
            <w:sdtContent>
              <w:p w14:paraId="1138C57B" w14:textId="0524537C" w:rsidR="30818E9D" w:rsidRDefault="002F6270" w:rsidP="30818E9D">
                <w:pPr>
                  <w:rPr>
                    <w:rFonts w:ascii="Aptos" w:eastAsia="Aptos" w:hAnsi="Aptos" w:cs="Aptos"/>
                    <w:b/>
                    <w:bCs/>
                    <w:sz w:val="24"/>
                    <w:szCs w:val="24"/>
                  </w:rPr>
                </w:pPr>
                <w:r w:rsidRPr="00551D8E">
                  <w:rPr>
                    <w:rStyle w:val="PlaceholderText"/>
                  </w:rPr>
                  <w:t>Click or tap here to enter text.</w:t>
                </w:r>
              </w:p>
            </w:sdtContent>
          </w:sdt>
        </w:tc>
        <w:tc>
          <w:tcPr>
            <w:tcW w:w="5589" w:type="dxa"/>
            <w:vMerge/>
            <w:tcBorders>
              <w:bottom w:val="single" w:sz="12" w:space="0" w:color="auto"/>
              <w:right w:val="single" w:sz="12" w:space="0" w:color="auto"/>
            </w:tcBorders>
          </w:tcPr>
          <w:p w14:paraId="1109378F" w14:textId="77777777" w:rsidR="007E4E69" w:rsidRDefault="007E4E69"/>
        </w:tc>
      </w:tr>
      <w:tr w:rsidR="30818E9D" w14:paraId="0CBD1090" w14:textId="77777777" w:rsidTr="007D7041">
        <w:trPr>
          <w:trHeight w:val="300"/>
        </w:trPr>
        <w:tc>
          <w:tcPr>
            <w:tcW w:w="3941" w:type="dxa"/>
            <w:tcBorders>
              <w:top w:val="single" w:sz="12" w:space="0" w:color="auto"/>
              <w:left w:val="single" w:sz="12" w:space="0" w:color="auto"/>
            </w:tcBorders>
          </w:tcPr>
          <w:p w14:paraId="1C92C4F2" w14:textId="695E9498"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Employer:</w:t>
            </w:r>
          </w:p>
          <w:sdt>
            <w:sdtPr>
              <w:rPr>
                <w:rFonts w:ascii="Aptos" w:eastAsia="Aptos" w:hAnsi="Aptos" w:cs="Aptos"/>
                <w:b/>
                <w:bCs/>
                <w:sz w:val="24"/>
                <w:szCs w:val="24"/>
              </w:rPr>
              <w:id w:val="-280504049"/>
              <w:placeholder>
                <w:docPart w:val="DefaultPlaceholder_-1854013440"/>
              </w:placeholder>
            </w:sdtPr>
            <w:sdtContent>
              <w:sdt>
                <w:sdtPr>
                  <w:rPr>
                    <w:rFonts w:ascii="Aptos" w:eastAsia="Aptos" w:hAnsi="Aptos" w:cs="Aptos"/>
                    <w:b/>
                    <w:bCs/>
                    <w:sz w:val="24"/>
                    <w:szCs w:val="24"/>
                  </w:rPr>
                  <w:id w:val="-1466117154"/>
                  <w:placeholder>
                    <w:docPart w:val="DefaultPlaceholder_-1854013440"/>
                  </w:placeholder>
                  <w:showingPlcHdr/>
                </w:sdtPr>
                <w:sdtContent>
                  <w:p w14:paraId="796AC71C" w14:textId="24408081" w:rsidR="30818E9D" w:rsidRDefault="0028046D" w:rsidP="30818E9D">
                    <w:pPr>
                      <w:rPr>
                        <w:rFonts w:ascii="Aptos" w:eastAsia="Aptos" w:hAnsi="Aptos" w:cs="Aptos"/>
                        <w:b/>
                        <w:bCs/>
                        <w:sz w:val="24"/>
                        <w:szCs w:val="24"/>
                      </w:rPr>
                    </w:pPr>
                    <w:r w:rsidRPr="00551D8E">
                      <w:rPr>
                        <w:rStyle w:val="PlaceholderText"/>
                      </w:rPr>
                      <w:t>Click or tap here to enter text.</w:t>
                    </w:r>
                  </w:p>
                </w:sdtContent>
              </w:sdt>
            </w:sdtContent>
          </w:sdt>
          <w:p w14:paraId="2D71F4C4" w14:textId="7F7A1B26" w:rsidR="30818E9D" w:rsidRDefault="30818E9D" w:rsidP="30818E9D">
            <w:pPr>
              <w:rPr>
                <w:rFonts w:ascii="Aptos" w:eastAsia="Aptos" w:hAnsi="Aptos" w:cs="Aptos"/>
                <w:b/>
                <w:bCs/>
                <w:sz w:val="24"/>
                <w:szCs w:val="24"/>
              </w:rPr>
            </w:pPr>
          </w:p>
          <w:p w14:paraId="26F55991" w14:textId="38647AF7" w:rsidR="30818E9D" w:rsidRDefault="30818E9D" w:rsidP="30818E9D">
            <w:pPr>
              <w:rPr>
                <w:rFonts w:ascii="Aptos" w:eastAsia="Aptos" w:hAnsi="Aptos" w:cs="Aptos"/>
                <w:b/>
                <w:bCs/>
                <w:sz w:val="24"/>
                <w:szCs w:val="24"/>
              </w:rPr>
            </w:pPr>
          </w:p>
          <w:p w14:paraId="3E807CA2" w14:textId="38D15A74" w:rsidR="30818E9D" w:rsidRDefault="30818E9D" w:rsidP="30818E9D">
            <w:pPr>
              <w:rPr>
                <w:rFonts w:ascii="Aptos" w:eastAsia="Aptos" w:hAnsi="Aptos" w:cs="Aptos"/>
                <w:b/>
                <w:bCs/>
                <w:sz w:val="24"/>
                <w:szCs w:val="24"/>
              </w:rPr>
            </w:pPr>
          </w:p>
          <w:p w14:paraId="4FF2B2AA" w14:textId="7860DF94" w:rsidR="30818E9D" w:rsidRDefault="30818E9D" w:rsidP="30818E9D">
            <w:pPr>
              <w:rPr>
                <w:rFonts w:ascii="Aptos" w:eastAsia="Aptos" w:hAnsi="Aptos" w:cs="Aptos"/>
                <w:b/>
                <w:bCs/>
                <w:sz w:val="24"/>
                <w:szCs w:val="24"/>
              </w:rPr>
            </w:pPr>
          </w:p>
        </w:tc>
        <w:tc>
          <w:tcPr>
            <w:tcW w:w="5589" w:type="dxa"/>
            <w:vMerge w:val="restart"/>
            <w:tcBorders>
              <w:top w:val="single" w:sz="12" w:space="0" w:color="auto"/>
              <w:right w:val="single" w:sz="12" w:space="0" w:color="auto"/>
            </w:tcBorders>
          </w:tcPr>
          <w:p w14:paraId="526D7391" w14:textId="77777777"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Key skills used or gained</w:t>
            </w:r>
          </w:p>
          <w:sdt>
            <w:sdtPr>
              <w:rPr>
                <w:rFonts w:ascii="Aptos" w:eastAsia="Aptos" w:hAnsi="Aptos" w:cs="Aptos"/>
                <w:b/>
                <w:bCs/>
                <w:sz w:val="24"/>
                <w:szCs w:val="24"/>
              </w:rPr>
              <w:id w:val="-1831201356"/>
              <w:placeholder>
                <w:docPart w:val="DefaultPlaceholder_-1854013440"/>
              </w:placeholder>
              <w:showingPlcHdr/>
            </w:sdtPr>
            <w:sdtContent>
              <w:p w14:paraId="5FD49003" w14:textId="7A9215FD" w:rsidR="002F6270" w:rsidRDefault="002F6270" w:rsidP="30818E9D">
                <w:pPr>
                  <w:rPr>
                    <w:rFonts w:ascii="Aptos" w:eastAsia="Aptos" w:hAnsi="Aptos" w:cs="Aptos"/>
                    <w:b/>
                    <w:bCs/>
                    <w:sz w:val="24"/>
                    <w:szCs w:val="24"/>
                  </w:rPr>
                </w:pPr>
                <w:r w:rsidRPr="00551D8E">
                  <w:rPr>
                    <w:rStyle w:val="PlaceholderText"/>
                  </w:rPr>
                  <w:t>Click or tap here to enter text.</w:t>
                </w:r>
              </w:p>
            </w:sdtContent>
          </w:sdt>
        </w:tc>
      </w:tr>
      <w:tr w:rsidR="30818E9D" w14:paraId="4C3234DD" w14:textId="77777777" w:rsidTr="007D7041">
        <w:trPr>
          <w:trHeight w:val="300"/>
        </w:trPr>
        <w:tc>
          <w:tcPr>
            <w:tcW w:w="3941" w:type="dxa"/>
            <w:tcBorders>
              <w:left w:val="single" w:sz="12" w:space="0" w:color="auto"/>
            </w:tcBorders>
          </w:tcPr>
          <w:p w14:paraId="4A817E81" w14:textId="68A08B51"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Job Title</w:t>
            </w:r>
            <w:r w:rsidR="009D7F1A">
              <w:rPr>
                <w:rFonts w:ascii="Aptos" w:eastAsia="Aptos" w:hAnsi="Aptos" w:cs="Aptos"/>
                <w:b/>
                <w:bCs/>
                <w:sz w:val="24"/>
                <w:szCs w:val="24"/>
              </w:rPr>
              <w:t>:</w:t>
            </w:r>
          </w:p>
          <w:sdt>
            <w:sdtPr>
              <w:rPr>
                <w:rFonts w:ascii="Aptos" w:eastAsia="Aptos" w:hAnsi="Aptos" w:cs="Aptos"/>
                <w:b/>
                <w:bCs/>
                <w:sz w:val="24"/>
                <w:szCs w:val="24"/>
              </w:rPr>
              <w:id w:val="2025203402"/>
              <w:placeholder>
                <w:docPart w:val="DefaultPlaceholder_-1854013440"/>
              </w:placeholder>
              <w:showingPlcHdr/>
              <w:text/>
            </w:sdtPr>
            <w:sdtContent>
              <w:p w14:paraId="5E9F6DAE" w14:textId="2A82699F" w:rsidR="30818E9D" w:rsidRDefault="002F6270" w:rsidP="30818E9D">
                <w:pPr>
                  <w:rPr>
                    <w:rFonts w:ascii="Aptos" w:eastAsia="Aptos" w:hAnsi="Aptos" w:cs="Aptos"/>
                    <w:b/>
                    <w:bCs/>
                    <w:sz w:val="24"/>
                    <w:szCs w:val="24"/>
                  </w:rPr>
                </w:pPr>
                <w:r w:rsidRPr="00551D8E">
                  <w:rPr>
                    <w:rStyle w:val="PlaceholderText"/>
                  </w:rPr>
                  <w:t>Click or tap here to enter text.</w:t>
                </w:r>
              </w:p>
            </w:sdtContent>
          </w:sdt>
        </w:tc>
        <w:tc>
          <w:tcPr>
            <w:tcW w:w="5589" w:type="dxa"/>
            <w:vMerge/>
            <w:tcBorders>
              <w:right w:val="single" w:sz="12" w:space="0" w:color="auto"/>
            </w:tcBorders>
          </w:tcPr>
          <w:p w14:paraId="2978A457" w14:textId="77777777" w:rsidR="007E4E69" w:rsidRDefault="007E4E69"/>
        </w:tc>
      </w:tr>
      <w:tr w:rsidR="30818E9D" w14:paraId="17047F4E" w14:textId="77777777" w:rsidTr="007D7041">
        <w:trPr>
          <w:trHeight w:val="300"/>
        </w:trPr>
        <w:tc>
          <w:tcPr>
            <w:tcW w:w="3941" w:type="dxa"/>
            <w:tcBorders>
              <w:left w:val="single" w:sz="12" w:space="0" w:color="auto"/>
              <w:bottom w:val="single" w:sz="12" w:space="0" w:color="auto"/>
            </w:tcBorders>
          </w:tcPr>
          <w:p w14:paraId="6E2B8C24" w14:textId="720D9C08"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Dates (From –To)</w:t>
            </w:r>
            <w:r w:rsidR="009D7F1A">
              <w:rPr>
                <w:rFonts w:ascii="Aptos" w:eastAsia="Aptos" w:hAnsi="Aptos" w:cs="Aptos"/>
                <w:b/>
                <w:bCs/>
                <w:sz w:val="24"/>
                <w:szCs w:val="24"/>
              </w:rPr>
              <w:t>:</w:t>
            </w:r>
          </w:p>
          <w:sdt>
            <w:sdtPr>
              <w:rPr>
                <w:rFonts w:ascii="Aptos" w:eastAsia="Aptos" w:hAnsi="Aptos" w:cs="Aptos"/>
                <w:b/>
                <w:bCs/>
                <w:sz w:val="24"/>
                <w:szCs w:val="24"/>
              </w:rPr>
              <w:id w:val="-1839616334"/>
              <w:placeholder>
                <w:docPart w:val="DefaultPlaceholder_-1854013440"/>
              </w:placeholder>
              <w:showingPlcHdr/>
              <w:text/>
            </w:sdtPr>
            <w:sdtContent>
              <w:p w14:paraId="50937A1F" w14:textId="1BCD7739" w:rsidR="30818E9D" w:rsidRDefault="002F6270" w:rsidP="30818E9D">
                <w:pPr>
                  <w:rPr>
                    <w:rFonts w:ascii="Aptos" w:eastAsia="Aptos" w:hAnsi="Aptos" w:cs="Aptos"/>
                    <w:b/>
                    <w:bCs/>
                    <w:sz w:val="24"/>
                    <w:szCs w:val="24"/>
                  </w:rPr>
                </w:pPr>
                <w:r w:rsidRPr="00551D8E">
                  <w:rPr>
                    <w:rStyle w:val="PlaceholderText"/>
                  </w:rPr>
                  <w:t>Click or tap here to enter text.</w:t>
                </w:r>
              </w:p>
            </w:sdtContent>
          </w:sdt>
        </w:tc>
        <w:tc>
          <w:tcPr>
            <w:tcW w:w="5589" w:type="dxa"/>
            <w:vMerge/>
            <w:tcBorders>
              <w:bottom w:val="single" w:sz="12" w:space="0" w:color="auto"/>
              <w:right w:val="single" w:sz="12" w:space="0" w:color="auto"/>
            </w:tcBorders>
          </w:tcPr>
          <w:p w14:paraId="53D164D6" w14:textId="77777777" w:rsidR="007E4E69" w:rsidRDefault="007E4E69"/>
        </w:tc>
      </w:tr>
      <w:tr w:rsidR="30818E9D" w14:paraId="1C51C4AA" w14:textId="77777777" w:rsidTr="007D7041">
        <w:trPr>
          <w:trHeight w:val="300"/>
        </w:trPr>
        <w:tc>
          <w:tcPr>
            <w:tcW w:w="3941" w:type="dxa"/>
            <w:tcBorders>
              <w:top w:val="single" w:sz="12" w:space="0" w:color="auto"/>
              <w:left w:val="single" w:sz="12" w:space="0" w:color="auto"/>
            </w:tcBorders>
          </w:tcPr>
          <w:p w14:paraId="243AC577" w14:textId="695E9498"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Employer:</w:t>
            </w:r>
          </w:p>
          <w:sdt>
            <w:sdtPr>
              <w:rPr>
                <w:rFonts w:ascii="Aptos" w:eastAsia="Aptos" w:hAnsi="Aptos" w:cs="Aptos"/>
                <w:b/>
                <w:bCs/>
                <w:sz w:val="24"/>
                <w:szCs w:val="24"/>
              </w:rPr>
              <w:id w:val="86517253"/>
              <w:placeholder>
                <w:docPart w:val="DefaultPlaceholder_-1854013440"/>
              </w:placeholder>
              <w:showingPlcHdr/>
            </w:sdtPr>
            <w:sdtContent>
              <w:p w14:paraId="7C493924" w14:textId="6E7D2F83" w:rsidR="002F6270" w:rsidRDefault="002F6270" w:rsidP="30818E9D">
                <w:pPr>
                  <w:rPr>
                    <w:rFonts w:ascii="Aptos" w:eastAsia="Aptos" w:hAnsi="Aptos" w:cs="Aptos"/>
                    <w:b/>
                    <w:bCs/>
                    <w:sz w:val="24"/>
                    <w:szCs w:val="24"/>
                  </w:rPr>
                </w:pPr>
                <w:r w:rsidRPr="00551D8E">
                  <w:rPr>
                    <w:rStyle w:val="PlaceholderText"/>
                  </w:rPr>
                  <w:t>Click or tap here to enter text.</w:t>
                </w:r>
              </w:p>
            </w:sdtContent>
          </w:sdt>
          <w:p w14:paraId="0D6EEAED" w14:textId="3A88B15F" w:rsidR="30818E9D" w:rsidRDefault="30818E9D" w:rsidP="30818E9D">
            <w:pPr>
              <w:rPr>
                <w:rFonts w:ascii="Aptos" w:eastAsia="Aptos" w:hAnsi="Aptos" w:cs="Aptos"/>
                <w:b/>
                <w:bCs/>
                <w:sz w:val="24"/>
                <w:szCs w:val="24"/>
              </w:rPr>
            </w:pPr>
          </w:p>
          <w:p w14:paraId="07DFC1EF" w14:textId="7F7A1B26" w:rsidR="30818E9D" w:rsidRDefault="30818E9D" w:rsidP="30818E9D">
            <w:pPr>
              <w:rPr>
                <w:rFonts w:ascii="Aptos" w:eastAsia="Aptos" w:hAnsi="Aptos" w:cs="Aptos"/>
                <w:b/>
                <w:bCs/>
                <w:sz w:val="24"/>
                <w:szCs w:val="24"/>
              </w:rPr>
            </w:pPr>
          </w:p>
          <w:p w14:paraId="430AD6A5" w14:textId="38647AF7" w:rsidR="30818E9D" w:rsidRDefault="30818E9D" w:rsidP="30818E9D">
            <w:pPr>
              <w:rPr>
                <w:rFonts w:ascii="Aptos" w:eastAsia="Aptos" w:hAnsi="Aptos" w:cs="Aptos"/>
                <w:b/>
                <w:bCs/>
                <w:sz w:val="24"/>
                <w:szCs w:val="24"/>
              </w:rPr>
            </w:pPr>
          </w:p>
          <w:p w14:paraId="18340E49" w14:textId="38D15A74" w:rsidR="30818E9D" w:rsidRDefault="30818E9D" w:rsidP="30818E9D">
            <w:pPr>
              <w:rPr>
                <w:rFonts w:ascii="Aptos" w:eastAsia="Aptos" w:hAnsi="Aptos" w:cs="Aptos"/>
                <w:b/>
                <w:bCs/>
                <w:sz w:val="24"/>
                <w:szCs w:val="24"/>
              </w:rPr>
            </w:pPr>
          </w:p>
          <w:p w14:paraId="2E06F0C5" w14:textId="7860DF94" w:rsidR="30818E9D" w:rsidRDefault="30818E9D" w:rsidP="30818E9D">
            <w:pPr>
              <w:rPr>
                <w:rFonts w:ascii="Aptos" w:eastAsia="Aptos" w:hAnsi="Aptos" w:cs="Aptos"/>
                <w:b/>
                <w:bCs/>
                <w:sz w:val="24"/>
                <w:szCs w:val="24"/>
              </w:rPr>
            </w:pPr>
          </w:p>
        </w:tc>
        <w:tc>
          <w:tcPr>
            <w:tcW w:w="5589" w:type="dxa"/>
            <w:vMerge w:val="restart"/>
            <w:tcBorders>
              <w:top w:val="single" w:sz="12" w:space="0" w:color="auto"/>
              <w:right w:val="single" w:sz="12" w:space="0" w:color="auto"/>
            </w:tcBorders>
          </w:tcPr>
          <w:p w14:paraId="3659DF8E" w14:textId="77777777"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Key skills used or gained</w:t>
            </w:r>
          </w:p>
          <w:sdt>
            <w:sdtPr>
              <w:rPr>
                <w:rFonts w:ascii="Aptos" w:eastAsia="Aptos" w:hAnsi="Aptos" w:cs="Aptos"/>
                <w:b/>
                <w:bCs/>
                <w:sz w:val="24"/>
                <w:szCs w:val="24"/>
              </w:rPr>
              <w:id w:val="808826292"/>
              <w:placeholder>
                <w:docPart w:val="DefaultPlaceholder_-1854013440"/>
              </w:placeholder>
              <w:showingPlcHdr/>
            </w:sdtPr>
            <w:sdtContent>
              <w:p w14:paraId="251437E8" w14:textId="064F99F1" w:rsidR="002F6270" w:rsidRDefault="002F6270" w:rsidP="30818E9D">
                <w:pPr>
                  <w:rPr>
                    <w:rFonts w:ascii="Aptos" w:eastAsia="Aptos" w:hAnsi="Aptos" w:cs="Aptos"/>
                    <w:b/>
                    <w:bCs/>
                    <w:sz w:val="24"/>
                    <w:szCs w:val="24"/>
                  </w:rPr>
                </w:pPr>
                <w:r w:rsidRPr="00551D8E">
                  <w:rPr>
                    <w:rStyle w:val="PlaceholderText"/>
                  </w:rPr>
                  <w:t>Click or tap here to enter text.</w:t>
                </w:r>
              </w:p>
            </w:sdtContent>
          </w:sdt>
        </w:tc>
      </w:tr>
      <w:tr w:rsidR="30818E9D" w14:paraId="2CE5D106" w14:textId="77777777" w:rsidTr="007D7041">
        <w:trPr>
          <w:trHeight w:val="300"/>
        </w:trPr>
        <w:tc>
          <w:tcPr>
            <w:tcW w:w="3941" w:type="dxa"/>
            <w:tcBorders>
              <w:left w:val="single" w:sz="12" w:space="0" w:color="auto"/>
            </w:tcBorders>
          </w:tcPr>
          <w:p w14:paraId="04AB5B88" w14:textId="339EB725"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Job Title</w:t>
            </w:r>
          </w:p>
          <w:sdt>
            <w:sdtPr>
              <w:rPr>
                <w:rFonts w:ascii="Aptos" w:eastAsia="Aptos" w:hAnsi="Aptos" w:cs="Aptos"/>
                <w:b/>
                <w:bCs/>
                <w:sz w:val="24"/>
                <w:szCs w:val="24"/>
              </w:rPr>
              <w:id w:val="-1397437977"/>
              <w:placeholder>
                <w:docPart w:val="DefaultPlaceholder_-1854013440"/>
              </w:placeholder>
              <w:showingPlcHdr/>
              <w:text/>
            </w:sdtPr>
            <w:sdtContent>
              <w:p w14:paraId="621B5DA8" w14:textId="7BAA7E86" w:rsidR="30818E9D" w:rsidRDefault="002F6270" w:rsidP="30818E9D">
                <w:pPr>
                  <w:rPr>
                    <w:rFonts w:ascii="Aptos" w:eastAsia="Aptos" w:hAnsi="Aptos" w:cs="Aptos"/>
                    <w:b/>
                    <w:bCs/>
                    <w:sz w:val="24"/>
                    <w:szCs w:val="24"/>
                  </w:rPr>
                </w:pPr>
                <w:r w:rsidRPr="00551D8E">
                  <w:rPr>
                    <w:rStyle w:val="PlaceholderText"/>
                  </w:rPr>
                  <w:t>Click or tap here to enter text.</w:t>
                </w:r>
              </w:p>
            </w:sdtContent>
          </w:sdt>
        </w:tc>
        <w:tc>
          <w:tcPr>
            <w:tcW w:w="5589" w:type="dxa"/>
            <w:vMerge/>
            <w:tcBorders>
              <w:right w:val="single" w:sz="12" w:space="0" w:color="auto"/>
            </w:tcBorders>
          </w:tcPr>
          <w:p w14:paraId="4A79F4DE" w14:textId="77777777" w:rsidR="007E4E69" w:rsidRDefault="007E4E69"/>
        </w:tc>
      </w:tr>
      <w:tr w:rsidR="30818E9D" w14:paraId="40131AC1" w14:textId="77777777" w:rsidTr="007D7041">
        <w:trPr>
          <w:trHeight w:val="300"/>
        </w:trPr>
        <w:tc>
          <w:tcPr>
            <w:tcW w:w="3941" w:type="dxa"/>
            <w:tcBorders>
              <w:left w:val="single" w:sz="12" w:space="0" w:color="auto"/>
            </w:tcBorders>
          </w:tcPr>
          <w:p w14:paraId="1A1E3405" w14:textId="783DE8D2" w:rsidR="30818E9D" w:rsidRDefault="30818E9D" w:rsidP="30818E9D">
            <w:pPr>
              <w:rPr>
                <w:rFonts w:ascii="Aptos" w:eastAsia="Aptos" w:hAnsi="Aptos" w:cs="Aptos"/>
                <w:b/>
                <w:bCs/>
                <w:sz w:val="24"/>
                <w:szCs w:val="24"/>
              </w:rPr>
            </w:pPr>
            <w:r w:rsidRPr="30818E9D">
              <w:rPr>
                <w:rFonts w:ascii="Aptos" w:eastAsia="Aptos" w:hAnsi="Aptos" w:cs="Aptos"/>
                <w:b/>
                <w:bCs/>
                <w:sz w:val="24"/>
                <w:szCs w:val="24"/>
              </w:rPr>
              <w:t>Dates (From –To)</w:t>
            </w:r>
          </w:p>
          <w:sdt>
            <w:sdtPr>
              <w:rPr>
                <w:rFonts w:ascii="Aptos" w:eastAsia="Aptos" w:hAnsi="Aptos" w:cs="Aptos"/>
                <w:b/>
                <w:bCs/>
                <w:sz w:val="24"/>
                <w:szCs w:val="24"/>
              </w:rPr>
              <w:id w:val="49195247"/>
              <w:placeholder>
                <w:docPart w:val="DefaultPlaceholder_-1854013440"/>
              </w:placeholder>
              <w:showingPlcHdr/>
              <w:text/>
            </w:sdtPr>
            <w:sdtContent>
              <w:p w14:paraId="00586619" w14:textId="20E6200A" w:rsidR="30818E9D" w:rsidRDefault="002F6270" w:rsidP="30818E9D">
                <w:pPr>
                  <w:rPr>
                    <w:rFonts w:ascii="Aptos" w:eastAsia="Aptos" w:hAnsi="Aptos" w:cs="Aptos"/>
                    <w:b/>
                    <w:bCs/>
                    <w:sz w:val="24"/>
                    <w:szCs w:val="24"/>
                  </w:rPr>
                </w:pPr>
                <w:r w:rsidRPr="00551D8E">
                  <w:rPr>
                    <w:rStyle w:val="PlaceholderText"/>
                  </w:rPr>
                  <w:t>Click or tap here to enter text.</w:t>
                </w:r>
              </w:p>
            </w:sdtContent>
          </w:sdt>
        </w:tc>
        <w:tc>
          <w:tcPr>
            <w:tcW w:w="5589" w:type="dxa"/>
            <w:vMerge/>
            <w:tcBorders>
              <w:right w:val="single" w:sz="12" w:space="0" w:color="auto"/>
            </w:tcBorders>
          </w:tcPr>
          <w:p w14:paraId="7FFE2615" w14:textId="77777777" w:rsidR="007E4E69" w:rsidRDefault="007E4E69"/>
        </w:tc>
      </w:tr>
    </w:tbl>
    <w:p w14:paraId="661D13E4" w14:textId="77777777" w:rsidR="00307BE2" w:rsidRDefault="00307BE2" w:rsidP="30818E9D">
      <w:pPr>
        <w:spacing w:after="0"/>
        <w:rPr>
          <w:rFonts w:ascii="Aptos" w:eastAsia="Aptos" w:hAnsi="Aptos" w:cs="Aptos"/>
          <w:b/>
          <w:bCs/>
          <w:color w:val="1F497D" w:themeColor="text2"/>
          <w:sz w:val="24"/>
          <w:szCs w:val="24"/>
        </w:rPr>
      </w:pPr>
    </w:p>
    <w:p w14:paraId="2765A693" w14:textId="77777777" w:rsidR="004E23B2" w:rsidRDefault="004E23B2" w:rsidP="30818E9D">
      <w:pPr>
        <w:rPr>
          <w:rFonts w:ascii="Aptos" w:eastAsia="Aptos" w:hAnsi="Aptos" w:cs="Aptos"/>
          <w:b/>
          <w:bCs/>
          <w:color w:val="1F497D" w:themeColor="text2"/>
          <w:sz w:val="24"/>
          <w:szCs w:val="24"/>
        </w:rPr>
      </w:pPr>
    </w:p>
    <w:p w14:paraId="0D9749B4" w14:textId="337B973C" w:rsidR="004F367F" w:rsidRDefault="36A89341" w:rsidP="30818E9D">
      <w:pPr>
        <w:rPr>
          <w:rFonts w:ascii="Aptos" w:eastAsia="Aptos" w:hAnsi="Aptos" w:cs="Aptos"/>
          <w:b/>
          <w:bCs/>
          <w:color w:val="1F497D" w:themeColor="text2"/>
          <w:sz w:val="24"/>
          <w:szCs w:val="24"/>
        </w:rPr>
      </w:pPr>
      <w:r w:rsidRPr="30818E9D">
        <w:rPr>
          <w:rFonts w:ascii="Aptos" w:eastAsia="Aptos" w:hAnsi="Aptos" w:cs="Aptos"/>
          <w:b/>
          <w:bCs/>
          <w:color w:val="1F497D" w:themeColor="text2"/>
          <w:sz w:val="24"/>
          <w:szCs w:val="24"/>
        </w:rPr>
        <w:t>Supporting Statement</w:t>
      </w:r>
    </w:p>
    <w:tbl>
      <w:tblPr>
        <w:tblStyle w:val="TableGrid"/>
        <w:tblW w:w="10201" w:type="dxa"/>
        <w:tblLayout w:type="fixed"/>
        <w:tblLook w:val="06A0" w:firstRow="1" w:lastRow="0" w:firstColumn="1" w:lastColumn="0" w:noHBand="1" w:noVBand="1"/>
      </w:tblPr>
      <w:tblGrid>
        <w:gridCol w:w="10201"/>
      </w:tblGrid>
      <w:tr w:rsidR="30818E9D" w14:paraId="32A4DD46" w14:textId="77777777" w:rsidTr="007D7041">
        <w:trPr>
          <w:trHeight w:val="300"/>
        </w:trPr>
        <w:tc>
          <w:tcPr>
            <w:tcW w:w="10201" w:type="dxa"/>
            <w:shd w:val="clear" w:color="auto" w:fill="D9D9D9" w:themeFill="background1" w:themeFillShade="D9"/>
          </w:tcPr>
          <w:p w14:paraId="2CC18712" w14:textId="1E2CBCA4" w:rsidR="296BED3E" w:rsidRPr="0070293E" w:rsidRDefault="00226298" w:rsidP="1C64089B">
            <w:pPr>
              <w:spacing w:line="300" w:lineRule="auto"/>
              <w:rPr>
                <w:rFonts w:ascii="Aptos" w:eastAsia="Aptos" w:hAnsi="Aptos" w:cs="Aptos"/>
                <w:sz w:val="24"/>
                <w:szCs w:val="24"/>
                <w:lang w:val="en-GB"/>
              </w:rPr>
            </w:pPr>
            <w:r w:rsidRPr="1E65946D">
              <w:rPr>
                <w:rFonts w:ascii="Aptos" w:eastAsia="Aptos" w:hAnsi="Aptos" w:cs="Aptos"/>
                <w:sz w:val="24"/>
                <w:szCs w:val="24"/>
                <w:lang w:val="en-GB"/>
              </w:rPr>
              <w:t>Please tell us about relevant paid employment, voluntary work, caring responsibilities, community involvement or other experience that demonstrates your skills</w:t>
            </w:r>
            <w:r w:rsidR="0070293E" w:rsidRPr="1E65946D">
              <w:rPr>
                <w:rFonts w:ascii="Aptos" w:eastAsia="Aptos" w:hAnsi="Aptos" w:cs="Aptos"/>
                <w:sz w:val="24"/>
                <w:szCs w:val="24"/>
                <w:lang w:val="en-GB"/>
              </w:rPr>
              <w:t xml:space="preserve"> </w:t>
            </w:r>
            <w:r w:rsidR="007C5F05" w:rsidRPr="1E65946D">
              <w:rPr>
                <w:rFonts w:ascii="Aptos" w:eastAsia="Aptos" w:hAnsi="Aptos" w:cs="Aptos"/>
                <w:sz w:val="24"/>
                <w:szCs w:val="24"/>
                <w:lang w:val="en-GB"/>
              </w:rPr>
              <w:t xml:space="preserve">and abilities </w:t>
            </w:r>
            <w:r w:rsidR="515CE80E" w:rsidRPr="1E65946D">
              <w:rPr>
                <w:rFonts w:ascii="Aptos" w:eastAsia="Aptos" w:hAnsi="Aptos" w:cs="Aptos"/>
                <w:sz w:val="24"/>
                <w:szCs w:val="24"/>
              </w:rPr>
              <w:t xml:space="preserve">suitable for this role. Please use the job description and person </w:t>
            </w:r>
            <w:r w:rsidR="6475337A" w:rsidRPr="1E65946D">
              <w:rPr>
                <w:rFonts w:ascii="Aptos" w:eastAsia="Aptos" w:hAnsi="Aptos" w:cs="Aptos"/>
                <w:sz w:val="24"/>
                <w:szCs w:val="24"/>
              </w:rPr>
              <w:t>specification</w:t>
            </w:r>
            <w:r w:rsidR="515CE80E" w:rsidRPr="1E65946D">
              <w:rPr>
                <w:rFonts w:ascii="Aptos" w:eastAsia="Aptos" w:hAnsi="Aptos" w:cs="Aptos"/>
                <w:sz w:val="24"/>
                <w:szCs w:val="24"/>
              </w:rPr>
              <w:t xml:space="preserve"> </w:t>
            </w:r>
            <w:r w:rsidR="3F6A4528" w:rsidRPr="1E65946D">
              <w:rPr>
                <w:rFonts w:ascii="Aptos" w:eastAsia="Aptos" w:hAnsi="Aptos" w:cs="Aptos"/>
                <w:sz w:val="24"/>
                <w:szCs w:val="24"/>
              </w:rPr>
              <w:t xml:space="preserve">to </w:t>
            </w:r>
            <w:r w:rsidR="00023A68" w:rsidRPr="1E65946D">
              <w:rPr>
                <w:rFonts w:ascii="Aptos" w:eastAsia="Aptos" w:hAnsi="Aptos" w:cs="Aptos"/>
                <w:sz w:val="24"/>
                <w:szCs w:val="24"/>
              </w:rPr>
              <w:t xml:space="preserve">support </w:t>
            </w:r>
            <w:r w:rsidR="3F6A4528" w:rsidRPr="1E65946D">
              <w:rPr>
                <w:rFonts w:ascii="Aptos" w:eastAsia="Aptos" w:hAnsi="Aptos" w:cs="Aptos"/>
                <w:sz w:val="24"/>
                <w:szCs w:val="24"/>
              </w:rPr>
              <w:t>your statement. We would ask that you provide your statement on no more than 2 side</w:t>
            </w:r>
            <w:r w:rsidR="37DE9EF5" w:rsidRPr="1E65946D">
              <w:rPr>
                <w:rFonts w:ascii="Aptos" w:eastAsia="Aptos" w:hAnsi="Aptos" w:cs="Aptos"/>
                <w:sz w:val="24"/>
                <w:szCs w:val="24"/>
              </w:rPr>
              <w:t>s</w:t>
            </w:r>
            <w:r w:rsidR="3F6A4528" w:rsidRPr="1E65946D">
              <w:rPr>
                <w:rFonts w:ascii="Aptos" w:eastAsia="Aptos" w:hAnsi="Aptos" w:cs="Aptos"/>
                <w:sz w:val="24"/>
                <w:szCs w:val="24"/>
              </w:rPr>
              <w:t xml:space="preserve"> of A4 (using font size 12).</w:t>
            </w:r>
            <w:r w:rsidR="02A4565F" w:rsidRPr="1E65946D">
              <w:rPr>
                <w:rFonts w:ascii="Aptos" w:eastAsia="Aptos" w:hAnsi="Aptos" w:cs="Aptos"/>
                <w:sz w:val="24"/>
                <w:szCs w:val="24"/>
              </w:rPr>
              <w:t xml:space="preserve"> </w:t>
            </w:r>
            <w:r w:rsidR="00023A68" w:rsidRPr="1E65946D">
              <w:rPr>
                <w:rFonts w:ascii="Aptos" w:eastAsia="Segoe UI" w:hAnsi="Aptos" w:cs="Segoe UI"/>
                <w:sz w:val="24"/>
                <w:szCs w:val="24"/>
              </w:rPr>
              <w:t xml:space="preserve">Statements </w:t>
            </w:r>
            <w:r w:rsidR="02A4565F" w:rsidRPr="1E65946D">
              <w:rPr>
                <w:rFonts w:ascii="Aptos" w:eastAsia="Segoe UI" w:hAnsi="Aptos" w:cs="Segoe UI"/>
                <w:sz w:val="24"/>
                <w:szCs w:val="24"/>
              </w:rPr>
              <w:t>may be submitted in alternative formats where this is a reasonable adjustment</w:t>
            </w:r>
            <w:r w:rsidR="45A56EE2" w:rsidRPr="1E65946D">
              <w:rPr>
                <w:rFonts w:ascii="Aptos" w:eastAsia="Segoe UI" w:hAnsi="Aptos" w:cs="Segoe UI"/>
                <w:sz w:val="24"/>
                <w:szCs w:val="24"/>
              </w:rPr>
              <w:t>.</w:t>
            </w:r>
          </w:p>
        </w:tc>
      </w:tr>
      <w:tr w:rsidR="30818E9D" w14:paraId="177A349C" w14:textId="77777777" w:rsidTr="007D7041">
        <w:trPr>
          <w:trHeight w:val="300"/>
        </w:trPr>
        <w:tc>
          <w:tcPr>
            <w:tcW w:w="10201" w:type="dxa"/>
          </w:tcPr>
          <w:sdt>
            <w:sdtPr>
              <w:rPr>
                <w:rFonts w:ascii="Aptos" w:eastAsia="Aptos" w:hAnsi="Aptos" w:cs="Aptos"/>
                <w:b/>
                <w:bCs/>
                <w:color w:val="1F497D" w:themeColor="text2"/>
                <w:sz w:val="24"/>
                <w:szCs w:val="24"/>
              </w:rPr>
              <w:id w:val="-1456871321"/>
              <w:placeholder>
                <w:docPart w:val="DefaultPlaceholder_-1854013440"/>
              </w:placeholder>
              <w:showingPlcHdr/>
            </w:sdtPr>
            <w:sdtContent>
              <w:p w14:paraId="3D58B50B" w14:textId="155A8382" w:rsidR="30818E9D" w:rsidRDefault="002F6270" w:rsidP="30818E9D">
                <w:pPr>
                  <w:rPr>
                    <w:rFonts w:ascii="Aptos" w:eastAsia="Aptos" w:hAnsi="Aptos" w:cs="Aptos"/>
                    <w:b/>
                    <w:bCs/>
                    <w:color w:val="1F497D" w:themeColor="text2"/>
                    <w:sz w:val="24"/>
                    <w:szCs w:val="24"/>
                  </w:rPr>
                </w:pPr>
                <w:r w:rsidRPr="00551D8E">
                  <w:rPr>
                    <w:rStyle w:val="PlaceholderText"/>
                  </w:rPr>
                  <w:t>Click or tap here to enter text.</w:t>
                </w:r>
              </w:p>
            </w:sdtContent>
          </w:sdt>
          <w:p w14:paraId="62034984" w14:textId="0CFB02BD" w:rsidR="42545442" w:rsidRDefault="42545442" w:rsidP="42545442">
            <w:pPr>
              <w:rPr>
                <w:rFonts w:ascii="Aptos" w:eastAsia="Aptos" w:hAnsi="Aptos" w:cs="Aptos"/>
                <w:b/>
                <w:bCs/>
                <w:color w:val="1F497D" w:themeColor="text2"/>
                <w:sz w:val="24"/>
                <w:szCs w:val="24"/>
              </w:rPr>
            </w:pPr>
          </w:p>
          <w:p w14:paraId="5C71FB2B" w14:textId="0DBB89B1" w:rsidR="30818E9D" w:rsidRDefault="30818E9D" w:rsidP="30818E9D">
            <w:pPr>
              <w:rPr>
                <w:rFonts w:ascii="Aptos" w:eastAsia="Aptos" w:hAnsi="Aptos" w:cs="Aptos"/>
                <w:b/>
                <w:bCs/>
                <w:color w:val="1F497D" w:themeColor="text2"/>
                <w:sz w:val="24"/>
                <w:szCs w:val="24"/>
              </w:rPr>
            </w:pPr>
          </w:p>
          <w:p w14:paraId="00F3CCB7" w14:textId="164FE690" w:rsidR="30818E9D" w:rsidRDefault="30818E9D" w:rsidP="30818E9D">
            <w:pPr>
              <w:rPr>
                <w:rFonts w:ascii="Aptos" w:eastAsia="Aptos" w:hAnsi="Aptos" w:cs="Aptos"/>
                <w:b/>
                <w:bCs/>
                <w:color w:val="1F497D" w:themeColor="text2"/>
                <w:sz w:val="24"/>
                <w:szCs w:val="24"/>
              </w:rPr>
            </w:pPr>
          </w:p>
          <w:p w14:paraId="5F26BD00" w14:textId="2FD10ADB" w:rsidR="30818E9D" w:rsidRDefault="30818E9D" w:rsidP="30818E9D">
            <w:pPr>
              <w:rPr>
                <w:rFonts w:ascii="Aptos" w:eastAsia="Aptos" w:hAnsi="Aptos" w:cs="Aptos"/>
                <w:b/>
                <w:bCs/>
                <w:color w:val="1F497D" w:themeColor="text2"/>
                <w:sz w:val="24"/>
                <w:szCs w:val="24"/>
              </w:rPr>
            </w:pPr>
          </w:p>
          <w:p w14:paraId="63A84FD0" w14:textId="2E317A2B" w:rsidR="30818E9D" w:rsidRDefault="30818E9D" w:rsidP="30818E9D">
            <w:pPr>
              <w:rPr>
                <w:rFonts w:ascii="Aptos" w:eastAsia="Aptos" w:hAnsi="Aptos" w:cs="Aptos"/>
                <w:b/>
                <w:bCs/>
                <w:color w:val="1F497D" w:themeColor="text2"/>
                <w:sz w:val="24"/>
                <w:szCs w:val="24"/>
              </w:rPr>
            </w:pPr>
          </w:p>
          <w:p w14:paraId="7891CD8A" w14:textId="329F06EC" w:rsidR="30818E9D" w:rsidRDefault="30818E9D" w:rsidP="30818E9D">
            <w:pPr>
              <w:rPr>
                <w:rFonts w:ascii="Aptos" w:eastAsia="Aptos" w:hAnsi="Aptos" w:cs="Aptos"/>
                <w:b/>
                <w:bCs/>
                <w:color w:val="1F497D" w:themeColor="text2"/>
                <w:sz w:val="24"/>
                <w:szCs w:val="24"/>
              </w:rPr>
            </w:pPr>
          </w:p>
          <w:p w14:paraId="1F4106EC" w14:textId="2F78F431" w:rsidR="30818E9D" w:rsidRDefault="30818E9D" w:rsidP="30818E9D">
            <w:pPr>
              <w:rPr>
                <w:rFonts w:ascii="Aptos" w:eastAsia="Aptos" w:hAnsi="Aptos" w:cs="Aptos"/>
                <w:b/>
                <w:bCs/>
                <w:color w:val="1F497D" w:themeColor="text2"/>
                <w:sz w:val="24"/>
                <w:szCs w:val="24"/>
              </w:rPr>
            </w:pPr>
          </w:p>
          <w:p w14:paraId="07103BA9" w14:textId="1D0CEC67" w:rsidR="30818E9D" w:rsidRDefault="30818E9D" w:rsidP="30818E9D">
            <w:pPr>
              <w:rPr>
                <w:rFonts w:ascii="Aptos" w:eastAsia="Aptos" w:hAnsi="Aptos" w:cs="Aptos"/>
                <w:b/>
                <w:bCs/>
                <w:color w:val="1F497D" w:themeColor="text2"/>
                <w:sz w:val="24"/>
                <w:szCs w:val="24"/>
              </w:rPr>
            </w:pPr>
          </w:p>
          <w:p w14:paraId="311D33F5" w14:textId="3E77D1E8" w:rsidR="30818E9D" w:rsidRDefault="30818E9D" w:rsidP="30818E9D">
            <w:pPr>
              <w:rPr>
                <w:rFonts w:ascii="Aptos" w:eastAsia="Aptos" w:hAnsi="Aptos" w:cs="Aptos"/>
                <w:b/>
                <w:bCs/>
                <w:color w:val="1F497D" w:themeColor="text2"/>
                <w:sz w:val="24"/>
                <w:szCs w:val="24"/>
              </w:rPr>
            </w:pPr>
          </w:p>
          <w:p w14:paraId="2E266FB3" w14:textId="72A6E3F7" w:rsidR="30818E9D" w:rsidRDefault="30818E9D" w:rsidP="30818E9D">
            <w:pPr>
              <w:rPr>
                <w:rFonts w:ascii="Aptos" w:eastAsia="Aptos" w:hAnsi="Aptos" w:cs="Aptos"/>
                <w:b/>
                <w:bCs/>
                <w:color w:val="1F497D" w:themeColor="text2"/>
                <w:sz w:val="24"/>
                <w:szCs w:val="24"/>
              </w:rPr>
            </w:pPr>
          </w:p>
          <w:p w14:paraId="6857AE1B" w14:textId="6CE42FAF" w:rsidR="30818E9D" w:rsidRDefault="30818E9D" w:rsidP="30818E9D">
            <w:pPr>
              <w:rPr>
                <w:rFonts w:ascii="Aptos" w:eastAsia="Aptos" w:hAnsi="Aptos" w:cs="Aptos"/>
                <w:b/>
                <w:bCs/>
                <w:color w:val="1F497D" w:themeColor="text2"/>
                <w:sz w:val="24"/>
                <w:szCs w:val="24"/>
              </w:rPr>
            </w:pPr>
          </w:p>
          <w:p w14:paraId="20A50C4D" w14:textId="4D6FDEEC" w:rsidR="30818E9D" w:rsidRDefault="30818E9D" w:rsidP="30818E9D">
            <w:pPr>
              <w:rPr>
                <w:rFonts w:ascii="Aptos" w:eastAsia="Aptos" w:hAnsi="Aptos" w:cs="Aptos"/>
                <w:b/>
                <w:bCs/>
                <w:color w:val="1F497D" w:themeColor="text2"/>
                <w:sz w:val="24"/>
                <w:szCs w:val="24"/>
              </w:rPr>
            </w:pPr>
          </w:p>
          <w:p w14:paraId="4ECA7280" w14:textId="54884E71" w:rsidR="30818E9D" w:rsidRDefault="30818E9D" w:rsidP="30818E9D">
            <w:pPr>
              <w:rPr>
                <w:rFonts w:ascii="Aptos" w:eastAsia="Aptos" w:hAnsi="Aptos" w:cs="Aptos"/>
                <w:b/>
                <w:bCs/>
                <w:color w:val="1F497D" w:themeColor="text2"/>
                <w:sz w:val="24"/>
                <w:szCs w:val="24"/>
              </w:rPr>
            </w:pPr>
          </w:p>
          <w:p w14:paraId="1F7BE75B" w14:textId="0B24C887" w:rsidR="30818E9D" w:rsidRDefault="30818E9D" w:rsidP="30818E9D">
            <w:pPr>
              <w:rPr>
                <w:rFonts w:ascii="Aptos" w:eastAsia="Aptos" w:hAnsi="Aptos" w:cs="Aptos"/>
                <w:b/>
                <w:bCs/>
                <w:color w:val="1F497D" w:themeColor="text2"/>
                <w:sz w:val="24"/>
                <w:szCs w:val="24"/>
              </w:rPr>
            </w:pPr>
          </w:p>
          <w:p w14:paraId="0ABB8D08" w14:textId="6201CD27" w:rsidR="30818E9D" w:rsidRDefault="30818E9D" w:rsidP="30818E9D">
            <w:pPr>
              <w:rPr>
                <w:rFonts w:ascii="Aptos" w:eastAsia="Aptos" w:hAnsi="Aptos" w:cs="Aptos"/>
                <w:b/>
                <w:bCs/>
                <w:color w:val="1F497D" w:themeColor="text2"/>
                <w:sz w:val="24"/>
                <w:szCs w:val="24"/>
              </w:rPr>
            </w:pPr>
          </w:p>
          <w:p w14:paraId="6033BAA9" w14:textId="1AC61896" w:rsidR="30818E9D" w:rsidRDefault="30818E9D" w:rsidP="30818E9D">
            <w:pPr>
              <w:rPr>
                <w:rFonts w:ascii="Aptos" w:eastAsia="Aptos" w:hAnsi="Aptos" w:cs="Aptos"/>
                <w:b/>
                <w:bCs/>
                <w:color w:val="1F497D" w:themeColor="text2"/>
                <w:sz w:val="24"/>
                <w:szCs w:val="24"/>
              </w:rPr>
            </w:pPr>
          </w:p>
          <w:p w14:paraId="2E9A9977" w14:textId="79186DF0" w:rsidR="30818E9D" w:rsidRDefault="30818E9D" w:rsidP="30818E9D">
            <w:pPr>
              <w:rPr>
                <w:rFonts w:ascii="Aptos" w:eastAsia="Aptos" w:hAnsi="Aptos" w:cs="Aptos"/>
                <w:b/>
                <w:bCs/>
                <w:color w:val="1F497D" w:themeColor="text2"/>
                <w:sz w:val="24"/>
                <w:szCs w:val="24"/>
              </w:rPr>
            </w:pPr>
          </w:p>
        </w:tc>
      </w:tr>
    </w:tbl>
    <w:p w14:paraId="0B5C7D36" w14:textId="3E833698" w:rsidR="004F367F" w:rsidRDefault="004F367F" w:rsidP="30818E9D">
      <w:pPr>
        <w:ind w:left="-180" w:firstLine="630"/>
        <w:rPr>
          <w:rFonts w:ascii="Aptos" w:eastAsia="Aptos" w:hAnsi="Aptos" w:cs="Aptos"/>
          <w:b/>
          <w:bCs/>
          <w:color w:val="1F497D" w:themeColor="text2"/>
          <w:sz w:val="24"/>
          <w:szCs w:val="24"/>
        </w:rPr>
      </w:pPr>
    </w:p>
    <w:tbl>
      <w:tblPr>
        <w:tblStyle w:val="TableGrid"/>
        <w:tblW w:w="10201" w:type="dxa"/>
        <w:tblLayout w:type="fixed"/>
        <w:tblLook w:val="06A0" w:firstRow="1" w:lastRow="0" w:firstColumn="1" w:lastColumn="0" w:noHBand="1" w:noVBand="1"/>
      </w:tblPr>
      <w:tblGrid>
        <w:gridCol w:w="10201"/>
      </w:tblGrid>
      <w:tr w:rsidR="30818E9D" w14:paraId="44CF7369" w14:textId="77777777" w:rsidTr="007D7041">
        <w:trPr>
          <w:trHeight w:val="300"/>
        </w:trPr>
        <w:tc>
          <w:tcPr>
            <w:tcW w:w="10201" w:type="dxa"/>
          </w:tcPr>
          <w:p w14:paraId="4CA625DE" w14:textId="56C749E2" w:rsidR="52E3B053" w:rsidRDefault="15380D5C" w:rsidP="30818E9D">
            <w:pPr>
              <w:rPr>
                <w:rFonts w:ascii="Aptos" w:eastAsia="Aptos" w:hAnsi="Aptos" w:cs="Aptos"/>
                <w:b/>
                <w:bCs/>
                <w:sz w:val="24"/>
                <w:szCs w:val="24"/>
              </w:rPr>
            </w:pPr>
            <w:r w:rsidRPr="1E65946D">
              <w:rPr>
                <w:rFonts w:ascii="Aptos" w:eastAsia="Aptos" w:hAnsi="Aptos" w:cs="Aptos"/>
                <w:b/>
                <w:bCs/>
                <w:sz w:val="24"/>
                <w:szCs w:val="24"/>
              </w:rPr>
              <w:t>We would also like you to answer the following questions as part of your application process</w:t>
            </w:r>
          </w:p>
        </w:tc>
      </w:tr>
      <w:tr w:rsidR="30818E9D" w14:paraId="41140351" w14:textId="77777777" w:rsidTr="007D7041">
        <w:trPr>
          <w:trHeight w:val="300"/>
        </w:trPr>
        <w:tc>
          <w:tcPr>
            <w:tcW w:w="10201" w:type="dxa"/>
            <w:shd w:val="clear" w:color="auto" w:fill="D9D9D9" w:themeFill="background1" w:themeFillShade="D9"/>
          </w:tcPr>
          <w:p w14:paraId="1AC36502" w14:textId="189FE8C1" w:rsidR="24DE2769" w:rsidRDefault="24DE2769" w:rsidP="30818E9D">
            <w:pPr>
              <w:rPr>
                <w:rFonts w:ascii="Aptos" w:eastAsia="Aptos" w:hAnsi="Aptos" w:cs="Aptos"/>
                <w:sz w:val="24"/>
                <w:szCs w:val="24"/>
              </w:rPr>
            </w:pPr>
            <w:r w:rsidRPr="1E65946D">
              <w:rPr>
                <w:rFonts w:ascii="Aptos" w:eastAsia="Aptos" w:hAnsi="Aptos" w:cs="Aptos"/>
                <w:sz w:val="24"/>
                <w:szCs w:val="24"/>
              </w:rPr>
              <w:t>What has motivated you to apply for this role?</w:t>
            </w:r>
          </w:p>
        </w:tc>
      </w:tr>
      <w:tr w:rsidR="30818E9D" w14:paraId="3F96A939" w14:textId="77777777" w:rsidTr="007D7041">
        <w:trPr>
          <w:trHeight w:val="300"/>
        </w:trPr>
        <w:tc>
          <w:tcPr>
            <w:tcW w:w="10201" w:type="dxa"/>
          </w:tcPr>
          <w:sdt>
            <w:sdtPr>
              <w:rPr>
                <w:rFonts w:ascii="Aptos" w:eastAsia="Aptos" w:hAnsi="Aptos" w:cs="Aptos"/>
                <w:sz w:val="24"/>
                <w:szCs w:val="24"/>
              </w:rPr>
              <w:id w:val="838963824"/>
              <w:placeholder>
                <w:docPart w:val="DefaultPlaceholder_-1854013440"/>
              </w:placeholder>
              <w:showingPlcHdr/>
            </w:sdtPr>
            <w:sdtContent>
              <w:p w14:paraId="7341EE2C" w14:textId="1815C3A3" w:rsidR="007D7041" w:rsidRDefault="007D7041" w:rsidP="30818E9D">
                <w:pPr>
                  <w:rPr>
                    <w:rFonts w:ascii="Aptos" w:eastAsia="Aptos" w:hAnsi="Aptos" w:cs="Aptos"/>
                    <w:sz w:val="24"/>
                    <w:szCs w:val="24"/>
                  </w:rPr>
                </w:pPr>
                <w:r w:rsidRPr="00551D8E">
                  <w:rPr>
                    <w:rStyle w:val="PlaceholderText"/>
                  </w:rPr>
                  <w:t>Click or tap here to enter text.</w:t>
                </w:r>
              </w:p>
            </w:sdtContent>
          </w:sdt>
          <w:p w14:paraId="59D776D0" w14:textId="1758A61B" w:rsidR="30818E9D" w:rsidRDefault="30818E9D" w:rsidP="30818E9D">
            <w:pPr>
              <w:rPr>
                <w:rFonts w:ascii="Aptos" w:eastAsia="Aptos" w:hAnsi="Aptos" w:cs="Aptos"/>
                <w:sz w:val="24"/>
                <w:szCs w:val="24"/>
              </w:rPr>
            </w:pPr>
          </w:p>
          <w:p w14:paraId="17DDC13F" w14:textId="6F763FE0" w:rsidR="30818E9D" w:rsidRDefault="30818E9D" w:rsidP="30818E9D">
            <w:pPr>
              <w:rPr>
                <w:rFonts w:ascii="Aptos" w:eastAsia="Aptos" w:hAnsi="Aptos" w:cs="Aptos"/>
                <w:sz w:val="24"/>
                <w:szCs w:val="24"/>
              </w:rPr>
            </w:pPr>
          </w:p>
          <w:p w14:paraId="658923E7" w14:textId="42C8FA83" w:rsidR="30818E9D" w:rsidRDefault="30818E9D" w:rsidP="30818E9D">
            <w:pPr>
              <w:rPr>
                <w:rFonts w:ascii="Aptos" w:eastAsia="Aptos" w:hAnsi="Aptos" w:cs="Aptos"/>
                <w:sz w:val="24"/>
                <w:szCs w:val="24"/>
              </w:rPr>
            </w:pPr>
          </w:p>
          <w:p w14:paraId="63092D9D" w14:textId="66EA698D" w:rsidR="30818E9D" w:rsidRDefault="30818E9D" w:rsidP="30818E9D">
            <w:pPr>
              <w:rPr>
                <w:rFonts w:ascii="Aptos" w:eastAsia="Aptos" w:hAnsi="Aptos" w:cs="Aptos"/>
                <w:sz w:val="24"/>
                <w:szCs w:val="24"/>
              </w:rPr>
            </w:pPr>
          </w:p>
        </w:tc>
      </w:tr>
      <w:tr w:rsidR="30818E9D" w14:paraId="479807B6" w14:textId="77777777" w:rsidTr="007D7041">
        <w:trPr>
          <w:trHeight w:val="300"/>
        </w:trPr>
        <w:tc>
          <w:tcPr>
            <w:tcW w:w="10201" w:type="dxa"/>
            <w:shd w:val="clear" w:color="auto" w:fill="D9D9D9" w:themeFill="background1" w:themeFillShade="D9"/>
          </w:tcPr>
          <w:p w14:paraId="78CAC32E" w14:textId="5DA7E533" w:rsidR="24DE2769" w:rsidRDefault="24DE2769" w:rsidP="30818E9D">
            <w:pPr>
              <w:rPr>
                <w:rFonts w:ascii="Aptos" w:eastAsia="Aptos" w:hAnsi="Aptos" w:cs="Aptos"/>
                <w:sz w:val="24"/>
                <w:szCs w:val="24"/>
              </w:rPr>
            </w:pPr>
            <w:r w:rsidRPr="30818E9D">
              <w:rPr>
                <w:rFonts w:ascii="Aptos" w:eastAsia="Aptos" w:hAnsi="Aptos" w:cs="Aptos"/>
                <w:sz w:val="24"/>
                <w:szCs w:val="24"/>
              </w:rPr>
              <w:t>How do your values align with those of Suffolk Family Carers?</w:t>
            </w:r>
          </w:p>
        </w:tc>
      </w:tr>
      <w:tr w:rsidR="30818E9D" w14:paraId="7599394F" w14:textId="77777777" w:rsidTr="007D7041">
        <w:trPr>
          <w:trHeight w:val="300"/>
        </w:trPr>
        <w:tc>
          <w:tcPr>
            <w:tcW w:w="10201" w:type="dxa"/>
          </w:tcPr>
          <w:sdt>
            <w:sdtPr>
              <w:rPr>
                <w:rFonts w:ascii="Aptos" w:eastAsia="Aptos" w:hAnsi="Aptos" w:cs="Aptos"/>
                <w:sz w:val="24"/>
                <w:szCs w:val="24"/>
              </w:rPr>
              <w:id w:val="953366268"/>
              <w:placeholder>
                <w:docPart w:val="DefaultPlaceholder_-1854013440"/>
              </w:placeholder>
              <w:showingPlcHdr/>
            </w:sdtPr>
            <w:sdtContent>
              <w:p w14:paraId="305E831B" w14:textId="52090A83" w:rsidR="30818E9D" w:rsidRDefault="004530DC" w:rsidP="30818E9D">
                <w:pPr>
                  <w:rPr>
                    <w:rFonts w:ascii="Aptos" w:eastAsia="Aptos" w:hAnsi="Aptos" w:cs="Aptos"/>
                    <w:sz w:val="24"/>
                    <w:szCs w:val="24"/>
                  </w:rPr>
                </w:pPr>
                <w:r w:rsidRPr="00551D8E">
                  <w:rPr>
                    <w:rStyle w:val="PlaceholderText"/>
                  </w:rPr>
                  <w:t>Click or tap here to enter text.</w:t>
                </w:r>
              </w:p>
            </w:sdtContent>
          </w:sdt>
          <w:p w14:paraId="697AAAC5" w14:textId="15AD5F01" w:rsidR="30818E9D" w:rsidRDefault="30818E9D" w:rsidP="30818E9D">
            <w:pPr>
              <w:rPr>
                <w:rFonts w:ascii="Aptos" w:eastAsia="Aptos" w:hAnsi="Aptos" w:cs="Aptos"/>
                <w:sz w:val="24"/>
                <w:szCs w:val="24"/>
              </w:rPr>
            </w:pPr>
          </w:p>
          <w:p w14:paraId="0B5A27FF" w14:textId="50088A19" w:rsidR="30818E9D" w:rsidRDefault="30818E9D" w:rsidP="30818E9D">
            <w:pPr>
              <w:rPr>
                <w:rFonts w:ascii="Aptos" w:eastAsia="Aptos" w:hAnsi="Aptos" w:cs="Aptos"/>
                <w:sz w:val="24"/>
                <w:szCs w:val="24"/>
              </w:rPr>
            </w:pPr>
          </w:p>
        </w:tc>
      </w:tr>
    </w:tbl>
    <w:p w14:paraId="2EF90DBB" w14:textId="77777777" w:rsidR="004E23B2" w:rsidRDefault="004E23B2" w:rsidP="00C40FDD">
      <w:pPr>
        <w:spacing w:line="240" w:lineRule="auto"/>
        <w:ind w:left="-180" w:firstLine="180"/>
        <w:rPr>
          <w:rFonts w:ascii="Aptos" w:eastAsia="Aptos" w:hAnsi="Aptos" w:cs="Aptos"/>
          <w:b/>
          <w:bCs/>
          <w:color w:val="1F487C"/>
          <w:sz w:val="24"/>
          <w:szCs w:val="24"/>
        </w:rPr>
      </w:pPr>
    </w:p>
    <w:p w14:paraId="30DF5BF1" w14:textId="77777777" w:rsidR="002E4D6E" w:rsidRDefault="002E4D6E" w:rsidP="00C40FDD">
      <w:pPr>
        <w:spacing w:line="240" w:lineRule="auto"/>
        <w:ind w:left="-180" w:firstLine="180"/>
        <w:rPr>
          <w:rFonts w:ascii="Aptos" w:eastAsia="Aptos" w:hAnsi="Aptos" w:cs="Aptos"/>
          <w:b/>
          <w:bCs/>
          <w:color w:val="1F487C"/>
          <w:sz w:val="24"/>
          <w:szCs w:val="24"/>
        </w:rPr>
      </w:pPr>
    </w:p>
    <w:p w14:paraId="0350ADE7" w14:textId="77777777" w:rsidR="009673E3" w:rsidRDefault="009673E3" w:rsidP="00C40FDD">
      <w:pPr>
        <w:spacing w:line="240" w:lineRule="auto"/>
        <w:ind w:left="-180" w:firstLine="180"/>
        <w:rPr>
          <w:rFonts w:ascii="Aptos" w:eastAsia="Aptos" w:hAnsi="Aptos" w:cs="Aptos"/>
          <w:b/>
          <w:bCs/>
          <w:color w:val="1F487C"/>
          <w:sz w:val="24"/>
          <w:szCs w:val="24"/>
        </w:rPr>
      </w:pPr>
    </w:p>
    <w:p w14:paraId="57F1E019" w14:textId="77777777" w:rsidR="007D7041" w:rsidRDefault="007D7041" w:rsidP="00C40FDD">
      <w:pPr>
        <w:spacing w:line="240" w:lineRule="auto"/>
        <w:ind w:left="-180" w:firstLine="180"/>
        <w:rPr>
          <w:rFonts w:ascii="Aptos" w:eastAsia="Aptos" w:hAnsi="Aptos" w:cs="Aptos"/>
          <w:b/>
          <w:bCs/>
          <w:color w:val="1F487C"/>
          <w:sz w:val="24"/>
          <w:szCs w:val="24"/>
        </w:rPr>
      </w:pPr>
    </w:p>
    <w:p w14:paraId="7F38C39D" w14:textId="77777777" w:rsidR="000D1C12" w:rsidRDefault="000D1C12" w:rsidP="00C40FDD">
      <w:pPr>
        <w:spacing w:line="240" w:lineRule="auto"/>
        <w:ind w:left="-180" w:firstLine="180"/>
        <w:rPr>
          <w:rFonts w:ascii="Aptos" w:eastAsia="Aptos" w:hAnsi="Aptos" w:cs="Aptos"/>
          <w:b/>
          <w:bCs/>
          <w:color w:val="1F487C"/>
          <w:sz w:val="24"/>
          <w:szCs w:val="24"/>
        </w:rPr>
      </w:pPr>
    </w:p>
    <w:p w14:paraId="485E37C4" w14:textId="13ECD1C9" w:rsidR="00C40FDD" w:rsidRDefault="756A8747" w:rsidP="00C40FDD">
      <w:pPr>
        <w:spacing w:line="240" w:lineRule="auto"/>
        <w:ind w:left="-180" w:firstLine="180"/>
        <w:rPr>
          <w:rFonts w:ascii="Aptos" w:eastAsia="Aptos" w:hAnsi="Aptos" w:cs="Aptos"/>
          <w:b/>
          <w:bCs/>
          <w:color w:val="1F497D" w:themeColor="text2"/>
          <w:sz w:val="24"/>
          <w:szCs w:val="24"/>
        </w:rPr>
      </w:pPr>
      <w:r w:rsidRPr="1E65946D">
        <w:rPr>
          <w:rFonts w:ascii="Aptos" w:eastAsia="Aptos" w:hAnsi="Aptos" w:cs="Aptos"/>
          <w:b/>
          <w:bCs/>
          <w:color w:val="1F487C"/>
          <w:sz w:val="24"/>
          <w:szCs w:val="24"/>
        </w:rPr>
        <w:lastRenderedPageBreak/>
        <w:t>References</w:t>
      </w:r>
    </w:p>
    <w:p w14:paraId="1A0C0090" w14:textId="170CA1F5" w:rsidR="004F367F" w:rsidRPr="00C059D1" w:rsidRDefault="000E20E0" w:rsidP="30818E9D">
      <w:pPr>
        <w:rPr>
          <w:rFonts w:ascii="Aptos" w:eastAsia="Aptos" w:hAnsi="Aptos" w:cs="Aptos"/>
          <w:sz w:val="24"/>
          <w:szCs w:val="24"/>
          <w:lang w:val="en-GB"/>
        </w:rPr>
      </w:pPr>
      <w:r w:rsidRPr="000E20E0">
        <w:rPr>
          <w:rFonts w:ascii="Aptos" w:eastAsia="Aptos" w:hAnsi="Aptos" w:cs="Aptos"/>
          <w:sz w:val="24"/>
          <w:szCs w:val="24"/>
          <w:lang w:val="en-GB"/>
        </w:rPr>
        <w:t>Successful candidates will be required to provide satisfactory references covering the previous five years of employment, education, volunteering or other relevant activity where applicable</w:t>
      </w:r>
      <w:r w:rsidR="00E067D9">
        <w:rPr>
          <w:rFonts w:ascii="Aptos" w:eastAsia="Aptos" w:hAnsi="Aptos" w:cs="Aptos"/>
          <w:sz w:val="24"/>
          <w:szCs w:val="24"/>
          <w:lang w:val="en-GB"/>
        </w:rPr>
        <w:t>.</w:t>
      </w:r>
    </w:p>
    <w:p w14:paraId="7BDA65C4" w14:textId="77777777" w:rsidR="004E23B2" w:rsidRDefault="004E23B2" w:rsidP="00307BE2">
      <w:pPr>
        <w:rPr>
          <w:rFonts w:ascii="Aptos" w:eastAsia="Aptos" w:hAnsi="Aptos" w:cs="Aptos"/>
          <w:b/>
          <w:bCs/>
          <w:color w:val="1F497D" w:themeColor="text2"/>
          <w:sz w:val="24"/>
          <w:szCs w:val="24"/>
        </w:rPr>
      </w:pPr>
    </w:p>
    <w:p w14:paraId="7871D3A0" w14:textId="23908F69" w:rsidR="004F367F" w:rsidRPr="00307BE2" w:rsidRDefault="39B4A7E6" w:rsidP="00307BE2">
      <w:r w:rsidRPr="30818E9D">
        <w:rPr>
          <w:rFonts w:ascii="Aptos" w:eastAsia="Aptos" w:hAnsi="Aptos" w:cs="Aptos"/>
          <w:b/>
          <w:bCs/>
          <w:color w:val="1F497D" w:themeColor="text2"/>
          <w:sz w:val="24"/>
          <w:szCs w:val="24"/>
        </w:rPr>
        <w:t xml:space="preserve">Declaration </w:t>
      </w:r>
      <w:r w:rsidR="756A8747" w:rsidRPr="30818E9D">
        <w:rPr>
          <w:rFonts w:ascii="Aptos" w:eastAsia="Aptos" w:hAnsi="Aptos" w:cs="Aptos"/>
          <w:b/>
          <w:bCs/>
          <w:color w:val="1F497D" w:themeColor="text2"/>
          <w:sz w:val="24"/>
          <w:szCs w:val="24"/>
        </w:rPr>
        <w:t>of Criminal Convictions</w:t>
      </w:r>
    </w:p>
    <w:tbl>
      <w:tblPr>
        <w:tblStyle w:val="TableGrid"/>
        <w:tblW w:w="0" w:type="auto"/>
        <w:tblLook w:val="06A0" w:firstRow="1" w:lastRow="0" w:firstColumn="1" w:lastColumn="0" w:noHBand="1" w:noVBand="1"/>
      </w:tblPr>
      <w:tblGrid>
        <w:gridCol w:w="4320"/>
        <w:gridCol w:w="5155"/>
      </w:tblGrid>
      <w:tr w:rsidR="30818E9D" w14:paraId="7BF5A732" w14:textId="77777777" w:rsidTr="006E0CA7">
        <w:trPr>
          <w:trHeight w:val="300"/>
        </w:trPr>
        <w:tc>
          <w:tcPr>
            <w:tcW w:w="9475" w:type="dxa"/>
            <w:gridSpan w:val="2"/>
            <w:shd w:val="clear" w:color="auto" w:fill="D9D9D9" w:themeFill="background1" w:themeFillShade="D9"/>
          </w:tcPr>
          <w:p w14:paraId="534E8CA9" w14:textId="65CB3033" w:rsidR="6AF4BC0C" w:rsidRPr="006E0CA7" w:rsidRDefault="6AF4BC0C" w:rsidP="1C64089B">
            <w:pPr>
              <w:spacing w:line="300" w:lineRule="auto"/>
              <w:jc w:val="both"/>
              <w:rPr>
                <w:rFonts w:ascii="Aptos" w:hAnsi="Aptos"/>
                <w:sz w:val="24"/>
                <w:szCs w:val="24"/>
              </w:rPr>
            </w:pPr>
            <w:r w:rsidRPr="006E0CA7">
              <w:rPr>
                <w:rFonts w:ascii="Aptos" w:eastAsia="Segoe UI" w:hAnsi="Aptos" w:cs="Segoe UI"/>
                <w:sz w:val="24"/>
                <w:szCs w:val="24"/>
              </w:rPr>
              <w:t>Only complete this section if the role is eligible under the Rehabilitation of Offenders Act 1974 and associated Exceptions Order</w:t>
            </w:r>
          </w:p>
          <w:p w14:paraId="05D90243" w14:textId="2D82EC93" w:rsidR="30818E9D" w:rsidRDefault="30818E9D" w:rsidP="30818E9D">
            <w:pPr>
              <w:rPr>
                <w:rFonts w:ascii="Aptos" w:eastAsia="Aptos" w:hAnsi="Aptos" w:cs="Aptos"/>
                <w:sz w:val="24"/>
                <w:szCs w:val="24"/>
              </w:rPr>
            </w:pPr>
          </w:p>
        </w:tc>
      </w:tr>
      <w:tr w:rsidR="30818E9D" w14:paraId="1C6E15D2" w14:textId="77777777" w:rsidTr="006E0CA7">
        <w:trPr>
          <w:trHeight w:val="300"/>
        </w:trPr>
        <w:tc>
          <w:tcPr>
            <w:tcW w:w="4320" w:type="dxa"/>
            <w:shd w:val="clear" w:color="auto" w:fill="D9D9D9" w:themeFill="background1" w:themeFillShade="D9"/>
          </w:tcPr>
          <w:p w14:paraId="3C790EBB" w14:textId="5CEAC29A" w:rsidR="15226369" w:rsidRDefault="15226369" w:rsidP="30818E9D">
            <w:pPr>
              <w:rPr>
                <w:rFonts w:ascii="Aptos" w:eastAsia="Aptos" w:hAnsi="Aptos" w:cs="Aptos"/>
                <w:sz w:val="24"/>
                <w:szCs w:val="24"/>
              </w:rPr>
            </w:pPr>
            <w:r w:rsidRPr="30818E9D">
              <w:rPr>
                <w:rFonts w:ascii="Aptos" w:eastAsia="Aptos" w:hAnsi="Aptos" w:cs="Aptos"/>
                <w:sz w:val="24"/>
                <w:szCs w:val="24"/>
              </w:rPr>
              <w:t>Do you have any unspent criminal convictions?</w:t>
            </w:r>
          </w:p>
          <w:p w14:paraId="03CADA15" w14:textId="018A5E3C" w:rsidR="30818E9D" w:rsidRDefault="30818E9D" w:rsidP="30818E9D">
            <w:pPr>
              <w:rPr>
                <w:rFonts w:ascii="Aptos" w:eastAsia="Aptos" w:hAnsi="Aptos" w:cs="Aptos"/>
                <w:sz w:val="24"/>
                <w:szCs w:val="24"/>
              </w:rPr>
            </w:pPr>
          </w:p>
        </w:tc>
        <w:tc>
          <w:tcPr>
            <w:tcW w:w="5155" w:type="dxa"/>
          </w:tcPr>
          <w:p w14:paraId="0592D3FA" w14:textId="46F7D32A" w:rsidR="15226369" w:rsidRPr="000101A6" w:rsidRDefault="002F6270" w:rsidP="30818E9D">
            <w:pPr>
              <w:rPr>
                <w:rFonts w:ascii="Aptos" w:eastAsia="Aptos" w:hAnsi="Aptos" w:cs="Aptos"/>
                <w:b/>
                <w:bCs/>
                <w:sz w:val="24"/>
                <w:szCs w:val="24"/>
              </w:rPr>
            </w:pPr>
            <w:r>
              <w:rPr>
                <w:rFonts w:ascii="Aptos" w:eastAsia="Aptos" w:hAnsi="Aptos" w:cs="Aptos"/>
                <w:b/>
                <w:bCs/>
                <w:sz w:val="24"/>
                <w:szCs w:val="24"/>
              </w:rPr>
              <w:t xml:space="preserve">  </w:t>
            </w:r>
            <w:sdt>
              <w:sdtPr>
                <w:rPr>
                  <w:rFonts w:ascii="Aptos" w:eastAsia="Aptos" w:hAnsi="Aptos" w:cs="Aptos"/>
                  <w:b/>
                  <w:bCs/>
                  <w:sz w:val="24"/>
                  <w:szCs w:val="24"/>
                </w:rPr>
                <w:id w:val="-637795847"/>
                <w14:checkbox>
                  <w14:checked w14:val="0"/>
                  <w14:checkedState w14:val="2612" w14:font="MS Gothic"/>
                  <w14:uncheckedState w14:val="2610" w14:font="MS Gothic"/>
                </w14:checkbox>
              </w:sdtPr>
              <w:sdtContent>
                <w:r w:rsidR="004530DC">
                  <w:rPr>
                    <w:rFonts w:ascii="MS Gothic" w:eastAsia="MS Gothic" w:hAnsi="MS Gothic" w:cs="Aptos" w:hint="eastAsia"/>
                    <w:b/>
                    <w:bCs/>
                    <w:sz w:val="24"/>
                    <w:szCs w:val="24"/>
                  </w:rPr>
                  <w:t>☐</w:t>
                </w:r>
              </w:sdtContent>
            </w:sdt>
            <w:r w:rsidR="15226369" w:rsidRPr="000101A6">
              <w:rPr>
                <w:rFonts w:ascii="Aptos" w:eastAsia="Aptos" w:hAnsi="Aptos" w:cs="Aptos"/>
                <w:b/>
                <w:bCs/>
                <w:sz w:val="24"/>
                <w:szCs w:val="24"/>
              </w:rPr>
              <w:t>Yes</w:t>
            </w:r>
            <w:r>
              <w:rPr>
                <w:rFonts w:ascii="Aptos" w:eastAsia="Aptos" w:hAnsi="Aptos" w:cs="Aptos"/>
                <w:b/>
                <w:bCs/>
                <w:sz w:val="24"/>
                <w:szCs w:val="24"/>
              </w:rPr>
              <w:t xml:space="preserve">      </w:t>
            </w:r>
            <w:sdt>
              <w:sdtPr>
                <w:rPr>
                  <w:rFonts w:ascii="Aptos" w:eastAsia="Aptos" w:hAnsi="Aptos" w:cs="Aptos"/>
                  <w:b/>
                  <w:bCs/>
                  <w:sz w:val="24"/>
                  <w:szCs w:val="24"/>
                </w:rPr>
                <w:id w:val="625508569"/>
                <w14:checkbox>
                  <w14:checked w14:val="0"/>
                  <w14:checkedState w14:val="2612" w14:font="MS Gothic"/>
                  <w14:uncheckedState w14:val="2610" w14:font="MS Gothic"/>
                </w14:checkbox>
              </w:sdtPr>
              <w:sdtContent>
                <w:r>
                  <w:rPr>
                    <w:rFonts w:ascii="MS Gothic" w:eastAsia="MS Gothic" w:hAnsi="MS Gothic" w:cs="Aptos" w:hint="eastAsia"/>
                    <w:b/>
                    <w:bCs/>
                    <w:sz w:val="24"/>
                    <w:szCs w:val="24"/>
                  </w:rPr>
                  <w:t>☐</w:t>
                </w:r>
              </w:sdtContent>
            </w:sdt>
            <w:r>
              <w:rPr>
                <w:rFonts w:ascii="Aptos" w:eastAsia="Aptos" w:hAnsi="Aptos" w:cs="Aptos"/>
                <w:b/>
                <w:bCs/>
                <w:sz w:val="24"/>
                <w:szCs w:val="24"/>
              </w:rPr>
              <w:t xml:space="preserve"> </w:t>
            </w:r>
            <w:r w:rsidR="15226369" w:rsidRPr="000101A6">
              <w:rPr>
                <w:rFonts w:ascii="Aptos" w:eastAsia="Aptos" w:hAnsi="Aptos" w:cs="Aptos"/>
                <w:b/>
                <w:bCs/>
                <w:sz w:val="24"/>
                <w:szCs w:val="24"/>
              </w:rPr>
              <w:t>No</w:t>
            </w:r>
          </w:p>
        </w:tc>
      </w:tr>
      <w:tr w:rsidR="30818E9D" w14:paraId="094F591A" w14:textId="77777777" w:rsidTr="006E0CA7">
        <w:trPr>
          <w:trHeight w:val="300"/>
        </w:trPr>
        <w:tc>
          <w:tcPr>
            <w:tcW w:w="9475" w:type="dxa"/>
            <w:gridSpan w:val="2"/>
            <w:shd w:val="clear" w:color="auto" w:fill="D9D9D9" w:themeFill="background1" w:themeFillShade="D9"/>
          </w:tcPr>
          <w:p w14:paraId="171D1FCE" w14:textId="4E3272C8" w:rsidR="2134439C" w:rsidRDefault="2134439C" w:rsidP="30818E9D">
            <w:pPr>
              <w:rPr>
                <w:rFonts w:ascii="Aptos" w:eastAsia="Aptos" w:hAnsi="Aptos" w:cs="Aptos"/>
                <w:sz w:val="24"/>
                <w:szCs w:val="24"/>
              </w:rPr>
            </w:pPr>
            <w:r w:rsidRPr="30818E9D">
              <w:rPr>
                <w:rFonts w:ascii="Aptos" w:eastAsia="Aptos" w:hAnsi="Aptos" w:cs="Aptos"/>
                <w:sz w:val="24"/>
                <w:szCs w:val="24"/>
              </w:rPr>
              <w:t>If yes, please provide details via secure email</w:t>
            </w:r>
            <w:r w:rsidR="05F08AD2" w:rsidRPr="30818E9D">
              <w:rPr>
                <w:rFonts w:ascii="Aptos" w:eastAsia="Aptos" w:hAnsi="Aptos" w:cs="Aptos"/>
                <w:sz w:val="24"/>
                <w:szCs w:val="24"/>
              </w:rPr>
              <w:t xml:space="preserve"> or in a sealed envelope</w:t>
            </w:r>
            <w:r w:rsidRPr="30818E9D">
              <w:rPr>
                <w:rFonts w:ascii="Aptos" w:eastAsia="Aptos" w:hAnsi="Aptos" w:cs="Aptos"/>
                <w:sz w:val="24"/>
                <w:szCs w:val="24"/>
              </w:rPr>
              <w:t xml:space="preserve">. The details will only be shared with </w:t>
            </w:r>
            <w:r w:rsidR="32C4EDA9" w:rsidRPr="30818E9D">
              <w:rPr>
                <w:rFonts w:ascii="Aptos" w:eastAsia="Aptos" w:hAnsi="Aptos" w:cs="Aptos"/>
                <w:sz w:val="24"/>
                <w:szCs w:val="24"/>
              </w:rPr>
              <w:t>the People Team</w:t>
            </w:r>
            <w:r w:rsidRPr="30818E9D">
              <w:rPr>
                <w:rFonts w:ascii="Aptos" w:eastAsia="Aptos" w:hAnsi="Aptos" w:cs="Aptos"/>
                <w:sz w:val="24"/>
                <w:szCs w:val="24"/>
              </w:rPr>
              <w:t xml:space="preserve"> and line management of the role, and will otherwise remain confidential</w:t>
            </w:r>
          </w:p>
          <w:p w14:paraId="56652141" w14:textId="49601623" w:rsidR="30818E9D" w:rsidRDefault="30818E9D" w:rsidP="30818E9D">
            <w:pPr>
              <w:rPr>
                <w:rFonts w:ascii="Aptos" w:eastAsia="Aptos" w:hAnsi="Aptos" w:cs="Aptos"/>
                <w:sz w:val="24"/>
                <w:szCs w:val="24"/>
              </w:rPr>
            </w:pPr>
          </w:p>
        </w:tc>
      </w:tr>
      <w:tr w:rsidR="30818E9D" w14:paraId="5FAB6E3E" w14:textId="77777777" w:rsidTr="1C64089B">
        <w:trPr>
          <w:trHeight w:val="300"/>
        </w:trPr>
        <w:tc>
          <w:tcPr>
            <w:tcW w:w="9475" w:type="dxa"/>
            <w:gridSpan w:val="2"/>
          </w:tcPr>
          <w:p w14:paraId="2E4CC47C" w14:textId="51B3DE7E" w:rsidR="2134439C" w:rsidRDefault="2134439C" w:rsidP="30818E9D">
            <w:pPr>
              <w:spacing w:after="200" w:line="276" w:lineRule="auto"/>
              <w:rPr>
                <w:rFonts w:ascii="Aptos" w:eastAsia="Aptos" w:hAnsi="Aptos" w:cs="Aptos"/>
                <w:sz w:val="24"/>
                <w:szCs w:val="24"/>
              </w:rPr>
            </w:pPr>
            <w:r w:rsidRPr="30818E9D">
              <w:rPr>
                <w:rFonts w:ascii="Aptos" w:eastAsia="Aptos" w:hAnsi="Aptos" w:cs="Aptos"/>
                <w:sz w:val="24"/>
                <w:szCs w:val="24"/>
              </w:rPr>
              <w:t>*Note: We are committed to fair recruitment practices and consider the Rehabilitation of Offenders Act 1974. A criminal record will not necessarily bar you from employment. This will depend on the nature of the position and the circumstances of your offence(s).*</w:t>
            </w:r>
          </w:p>
        </w:tc>
      </w:tr>
    </w:tbl>
    <w:p w14:paraId="4F016FDB" w14:textId="0CC9653F" w:rsidR="004F367F" w:rsidRPr="00161E21" w:rsidRDefault="006E0CA7" w:rsidP="30818E9D">
      <w:pPr>
        <w:spacing w:after="0" w:afterAutospacing="1"/>
        <w:rPr>
          <w:rFonts w:ascii="Aptos" w:eastAsia="Aptos" w:hAnsi="Aptos" w:cs="Aptos"/>
          <w:b/>
          <w:bCs/>
          <w:color w:val="1F497D" w:themeColor="text2"/>
          <w:sz w:val="24"/>
          <w:szCs w:val="24"/>
        </w:rPr>
      </w:pPr>
      <w:r>
        <w:rPr>
          <w:rFonts w:ascii="Aptos" w:eastAsia="Aptos" w:hAnsi="Aptos" w:cs="Aptos"/>
          <w:b/>
          <w:bCs/>
          <w:color w:val="1F497D" w:themeColor="text2"/>
          <w:sz w:val="24"/>
          <w:szCs w:val="24"/>
        </w:rPr>
        <w:br/>
      </w:r>
      <w:r w:rsidR="756A8747" w:rsidRPr="30818E9D">
        <w:rPr>
          <w:rFonts w:ascii="Aptos" w:eastAsia="Aptos" w:hAnsi="Aptos" w:cs="Aptos"/>
          <w:b/>
          <w:bCs/>
          <w:color w:val="1F497D" w:themeColor="text2"/>
          <w:sz w:val="24"/>
          <w:szCs w:val="24"/>
        </w:rPr>
        <w:t>Data Protection &amp; Declaration</w:t>
      </w:r>
    </w:p>
    <w:tbl>
      <w:tblPr>
        <w:tblStyle w:val="TableGrid"/>
        <w:tblW w:w="0" w:type="auto"/>
        <w:tblLook w:val="06A0" w:firstRow="1" w:lastRow="0" w:firstColumn="1" w:lastColumn="0" w:noHBand="1" w:noVBand="1"/>
      </w:tblPr>
      <w:tblGrid>
        <w:gridCol w:w="1920"/>
        <w:gridCol w:w="7555"/>
      </w:tblGrid>
      <w:tr w:rsidR="30818E9D" w14:paraId="0D4AF305" w14:textId="77777777" w:rsidTr="30818E9D">
        <w:trPr>
          <w:trHeight w:val="300"/>
        </w:trPr>
        <w:tc>
          <w:tcPr>
            <w:tcW w:w="9475" w:type="dxa"/>
            <w:gridSpan w:val="2"/>
          </w:tcPr>
          <w:p w14:paraId="36F91047" w14:textId="77777777" w:rsidR="008D279C" w:rsidRPr="008D279C" w:rsidRDefault="008D279C" w:rsidP="008D279C">
            <w:pPr>
              <w:rPr>
                <w:rFonts w:ascii="Aptos" w:eastAsia="Aptos" w:hAnsi="Aptos" w:cs="Aptos"/>
                <w:sz w:val="24"/>
                <w:szCs w:val="24"/>
                <w:lang w:val="en-GB"/>
              </w:rPr>
            </w:pPr>
            <w:r w:rsidRPr="008D279C">
              <w:rPr>
                <w:rFonts w:ascii="Aptos" w:eastAsia="Aptos" w:hAnsi="Aptos" w:cs="Aptos"/>
                <w:sz w:val="24"/>
                <w:szCs w:val="24"/>
                <w:lang w:val="en-GB"/>
              </w:rPr>
              <w:t>I confirm that the information provided in this application is true and complete to the best of my knowledge.</w:t>
            </w:r>
          </w:p>
          <w:p w14:paraId="0BF24DDC" w14:textId="77777777" w:rsidR="008D279C" w:rsidRDefault="008D279C" w:rsidP="008D279C">
            <w:pPr>
              <w:rPr>
                <w:rFonts w:ascii="Aptos" w:eastAsia="Aptos" w:hAnsi="Aptos" w:cs="Aptos"/>
                <w:sz w:val="24"/>
                <w:szCs w:val="24"/>
                <w:lang w:val="en-GB"/>
              </w:rPr>
            </w:pPr>
            <w:r w:rsidRPr="008D279C">
              <w:rPr>
                <w:rFonts w:ascii="Aptos" w:eastAsia="Aptos" w:hAnsi="Aptos" w:cs="Aptos"/>
                <w:sz w:val="24"/>
                <w:szCs w:val="24"/>
                <w:lang w:val="en-GB"/>
              </w:rPr>
              <w:t>I understand that providing false, misleading or incomplete information may result in my application being withdrawn or, if appointed, disciplinary action up to and including dismissal.</w:t>
            </w:r>
          </w:p>
          <w:p w14:paraId="481DB045" w14:textId="77777777" w:rsidR="008D279C" w:rsidRPr="008D279C" w:rsidRDefault="008D279C" w:rsidP="008D279C">
            <w:pPr>
              <w:rPr>
                <w:rFonts w:ascii="Aptos" w:eastAsia="Aptos" w:hAnsi="Aptos" w:cs="Aptos"/>
                <w:sz w:val="24"/>
                <w:szCs w:val="24"/>
                <w:lang w:val="en-GB"/>
              </w:rPr>
            </w:pPr>
          </w:p>
          <w:p w14:paraId="69A1B122" w14:textId="77777777" w:rsidR="008D279C" w:rsidRPr="008D279C" w:rsidRDefault="008D279C" w:rsidP="008D279C">
            <w:pPr>
              <w:rPr>
                <w:rFonts w:ascii="Aptos" w:eastAsia="Aptos" w:hAnsi="Aptos" w:cs="Aptos"/>
                <w:sz w:val="24"/>
                <w:szCs w:val="24"/>
                <w:lang w:val="en-GB"/>
              </w:rPr>
            </w:pPr>
            <w:r w:rsidRPr="008D279C">
              <w:rPr>
                <w:rFonts w:ascii="Aptos" w:eastAsia="Aptos" w:hAnsi="Aptos" w:cs="Aptos"/>
                <w:sz w:val="24"/>
                <w:szCs w:val="24"/>
                <w:lang w:val="en-GB"/>
              </w:rPr>
              <w:t>I confirm I have read and understood the Suffolk Family Carers Recruitment Privacy Notice.</w:t>
            </w:r>
          </w:p>
          <w:p w14:paraId="292685AA" w14:textId="6DF261FB" w:rsidR="30818E9D" w:rsidRDefault="30818E9D" w:rsidP="30818E9D">
            <w:pPr>
              <w:rPr>
                <w:rFonts w:ascii="Aptos" w:eastAsia="Aptos" w:hAnsi="Aptos" w:cs="Aptos"/>
                <w:sz w:val="24"/>
                <w:szCs w:val="24"/>
              </w:rPr>
            </w:pPr>
          </w:p>
        </w:tc>
      </w:tr>
      <w:tr w:rsidR="30818E9D" w14:paraId="688F575C" w14:textId="77777777" w:rsidTr="004C72C6">
        <w:trPr>
          <w:trHeight w:val="300"/>
        </w:trPr>
        <w:tc>
          <w:tcPr>
            <w:tcW w:w="1920" w:type="dxa"/>
            <w:shd w:val="clear" w:color="auto" w:fill="D9D9D9" w:themeFill="background1" w:themeFillShade="D9"/>
          </w:tcPr>
          <w:p w14:paraId="2D8EB106" w14:textId="3E417E11" w:rsidR="497A3817" w:rsidRDefault="497A3817" w:rsidP="30818E9D">
            <w:pPr>
              <w:rPr>
                <w:rFonts w:ascii="Aptos" w:eastAsia="Aptos" w:hAnsi="Aptos" w:cs="Aptos"/>
                <w:b/>
                <w:bCs/>
                <w:sz w:val="24"/>
                <w:szCs w:val="24"/>
              </w:rPr>
            </w:pPr>
            <w:r w:rsidRPr="30818E9D">
              <w:rPr>
                <w:rFonts w:ascii="Aptos" w:eastAsia="Aptos" w:hAnsi="Aptos" w:cs="Aptos"/>
                <w:b/>
                <w:bCs/>
                <w:sz w:val="24"/>
                <w:szCs w:val="24"/>
              </w:rPr>
              <w:t>Signature</w:t>
            </w:r>
            <w:r w:rsidR="009415FA">
              <w:rPr>
                <w:rFonts w:ascii="Aptos" w:eastAsia="Aptos" w:hAnsi="Aptos" w:cs="Aptos"/>
                <w:b/>
                <w:bCs/>
                <w:sz w:val="24"/>
                <w:szCs w:val="24"/>
              </w:rPr>
              <w:t xml:space="preserve"> (Name)</w:t>
            </w:r>
          </w:p>
        </w:tc>
        <w:tc>
          <w:tcPr>
            <w:tcW w:w="7555" w:type="dxa"/>
          </w:tcPr>
          <w:sdt>
            <w:sdtPr>
              <w:rPr>
                <w:rFonts w:ascii="Aptos" w:eastAsia="Aptos" w:hAnsi="Aptos" w:cs="Aptos"/>
                <w:sz w:val="24"/>
                <w:szCs w:val="24"/>
              </w:rPr>
              <w:id w:val="-627619726"/>
              <w:placeholder>
                <w:docPart w:val="DefaultPlaceholder_-1854013440"/>
              </w:placeholder>
              <w:showingPlcHdr/>
            </w:sdtPr>
            <w:sdtContent>
              <w:p w14:paraId="7EE7D48F" w14:textId="436420FD" w:rsidR="30818E9D" w:rsidRDefault="009415FA" w:rsidP="30818E9D">
                <w:pPr>
                  <w:rPr>
                    <w:rFonts w:ascii="Aptos" w:eastAsia="Aptos" w:hAnsi="Aptos" w:cs="Aptos"/>
                    <w:sz w:val="24"/>
                    <w:szCs w:val="24"/>
                  </w:rPr>
                </w:pPr>
                <w:r w:rsidRPr="00551D8E">
                  <w:rPr>
                    <w:rStyle w:val="PlaceholderText"/>
                  </w:rPr>
                  <w:t>Click or tap here to enter text.</w:t>
                </w:r>
              </w:p>
            </w:sdtContent>
          </w:sdt>
          <w:p w14:paraId="5BF9F943" w14:textId="50BBECEE" w:rsidR="30818E9D" w:rsidRDefault="30818E9D" w:rsidP="30818E9D">
            <w:pPr>
              <w:rPr>
                <w:rFonts w:ascii="Aptos" w:eastAsia="Aptos" w:hAnsi="Aptos" w:cs="Aptos"/>
                <w:sz w:val="24"/>
                <w:szCs w:val="24"/>
              </w:rPr>
            </w:pPr>
          </w:p>
        </w:tc>
      </w:tr>
      <w:tr w:rsidR="30818E9D" w14:paraId="2587AC10" w14:textId="77777777" w:rsidTr="004C72C6">
        <w:trPr>
          <w:trHeight w:val="300"/>
        </w:trPr>
        <w:tc>
          <w:tcPr>
            <w:tcW w:w="1920" w:type="dxa"/>
            <w:shd w:val="clear" w:color="auto" w:fill="D9D9D9" w:themeFill="background1" w:themeFillShade="D9"/>
          </w:tcPr>
          <w:p w14:paraId="74820EC2" w14:textId="6591F9CB" w:rsidR="497A3817" w:rsidRDefault="497A3817" w:rsidP="30818E9D">
            <w:pPr>
              <w:rPr>
                <w:rFonts w:ascii="Aptos" w:eastAsia="Aptos" w:hAnsi="Aptos" w:cs="Aptos"/>
                <w:b/>
                <w:bCs/>
                <w:sz w:val="24"/>
                <w:szCs w:val="24"/>
              </w:rPr>
            </w:pPr>
            <w:r w:rsidRPr="30818E9D">
              <w:rPr>
                <w:rFonts w:ascii="Aptos" w:eastAsia="Aptos" w:hAnsi="Aptos" w:cs="Aptos"/>
                <w:b/>
                <w:bCs/>
                <w:sz w:val="24"/>
                <w:szCs w:val="24"/>
              </w:rPr>
              <w:t>Date</w:t>
            </w:r>
          </w:p>
        </w:tc>
        <w:sdt>
          <w:sdtPr>
            <w:rPr>
              <w:rFonts w:ascii="Aptos" w:eastAsia="Aptos" w:hAnsi="Aptos" w:cs="Aptos"/>
              <w:sz w:val="24"/>
              <w:szCs w:val="24"/>
            </w:rPr>
            <w:id w:val="-22636877"/>
            <w:placeholder>
              <w:docPart w:val="DefaultPlaceholder_-1854013437"/>
            </w:placeholder>
            <w:showingPlcHdr/>
            <w:date>
              <w:dateFormat w:val="dd/MM/yyyy"/>
              <w:lid w:val="en-GB"/>
              <w:storeMappedDataAs w:val="dateTime"/>
              <w:calendar w:val="gregorian"/>
            </w:date>
          </w:sdtPr>
          <w:sdtContent>
            <w:tc>
              <w:tcPr>
                <w:tcW w:w="7555" w:type="dxa"/>
              </w:tcPr>
              <w:p w14:paraId="3D82EA92" w14:textId="0005EFCB" w:rsidR="30818E9D" w:rsidRDefault="00B504AA" w:rsidP="30818E9D">
                <w:pPr>
                  <w:rPr>
                    <w:rFonts w:ascii="Aptos" w:eastAsia="Aptos" w:hAnsi="Aptos" w:cs="Aptos"/>
                    <w:sz w:val="24"/>
                    <w:szCs w:val="24"/>
                  </w:rPr>
                </w:pPr>
                <w:r w:rsidRPr="00551D8E">
                  <w:rPr>
                    <w:rStyle w:val="PlaceholderText"/>
                  </w:rPr>
                  <w:t>Click or tap to enter a date.</w:t>
                </w:r>
              </w:p>
            </w:tc>
          </w:sdtContent>
        </w:sdt>
      </w:tr>
    </w:tbl>
    <w:p w14:paraId="52608AC2" w14:textId="39797FD7" w:rsidR="009B0542" w:rsidRDefault="009B0542" w:rsidP="30818E9D"/>
    <w:sectPr w:rsidR="009B0542" w:rsidSect="006B3653">
      <w:headerReference w:type="default" r:id="rId11"/>
      <w:footerReference w:type="default" r:id="rId12"/>
      <w:headerReference w:type="first" r:id="rId13"/>
      <w:footerReference w:type="first" r:id="rId14"/>
      <w:pgSz w:w="12240" w:h="15840"/>
      <w:pgMar w:top="-174" w:right="1800" w:bottom="567" w:left="900" w:header="720" w:footer="1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633CF" w14:textId="77777777" w:rsidR="000074AB" w:rsidRDefault="000074AB">
      <w:pPr>
        <w:spacing w:after="0" w:line="240" w:lineRule="auto"/>
      </w:pPr>
      <w:r>
        <w:separator/>
      </w:r>
    </w:p>
  </w:endnote>
  <w:endnote w:type="continuationSeparator" w:id="0">
    <w:p w14:paraId="37FF2736" w14:textId="77777777" w:rsidR="000074AB" w:rsidRDefault="00007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9360"/>
    </w:tblGrid>
    <w:tr w:rsidR="30818E9D" w14:paraId="1A480856" w14:textId="77777777" w:rsidTr="1E65946D">
      <w:trPr>
        <w:trHeight w:val="300"/>
      </w:trPr>
      <w:tc>
        <w:tcPr>
          <w:tcW w:w="9360" w:type="dxa"/>
        </w:tcPr>
        <w:p w14:paraId="2BC220C5" w14:textId="5F162D20" w:rsidR="30818E9D" w:rsidRDefault="1E65946D" w:rsidP="1E65946D">
          <w:pPr>
            <w:pStyle w:val="Header"/>
            <w:ind w:left="-115"/>
            <w:rPr>
              <w:rFonts w:ascii="Aptos" w:eastAsia="Aptos" w:hAnsi="Aptos" w:cs="Aptos"/>
              <w:sz w:val="20"/>
              <w:szCs w:val="20"/>
            </w:rPr>
          </w:pPr>
          <w:r w:rsidRPr="1E65946D">
            <w:rPr>
              <w:rFonts w:ascii="Aptos" w:eastAsia="Aptos" w:hAnsi="Aptos" w:cs="Aptos"/>
              <w:sz w:val="20"/>
              <w:szCs w:val="20"/>
            </w:rPr>
            <w:t>Final. Application form. Aug 2026</w:t>
          </w:r>
        </w:p>
      </w:tc>
    </w:tr>
  </w:tbl>
  <w:p w14:paraId="28402520" w14:textId="33A57DCC" w:rsidR="30818E9D" w:rsidRDefault="30818E9D" w:rsidP="30818E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0"/>
      <w:gridCol w:w="3180"/>
      <w:gridCol w:w="3180"/>
    </w:tblGrid>
    <w:tr w:rsidR="1E65946D" w14:paraId="37ECA7BC" w14:textId="77777777" w:rsidTr="1E65946D">
      <w:trPr>
        <w:trHeight w:val="300"/>
      </w:trPr>
      <w:tc>
        <w:tcPr>
          <w:tcW w:w="3180" w:type="dxa"/>
        </w:tcPr>
        <w:p w14:paraId="3C980F49" w14:textId="2684D195" w:rsidR="1E65946D" w:rsidRDefault="1E65946D" w:rsidP="1E65946D">
          <w:pPr>
            <w:pStyle w:val="Header"/>
            <w:ind w:left="-115"/>
          </w:pPr>
        </w:p>
      </w:tc>
      <w:tc>
        <w:tcPr>
          <w:tcW w:w="3180" w:type="dxa"/>
        </w:tcPr>
        <w:p w14:paraId="61ED597F" w14:textId="72567A2C" w:rsidR="1E65946D" w:rsidRDefault="1E65946D" w:rsidP="1E65946D">
          <w:pPr>
            <w:pStyle w:val="Header"/>
            <w:jc w:val="center"/>
          </w:pPr>
        </w:p>
      </w:tc>
      <w:tc>
        <w:tcPr>
          <w:tcW w:w="3180" w:type="dxa"/>
        </w:tcPr>
        <w:p w14:paraId="082D5A39" w14:textId="0D76C1C7" w:rsidR="1E65946D" w:rsidRDefault="1E65946D" w:rsidP="1E65946D">
          <w:pPr>
            <w:pStyle w:val="Header"/>
            <w:ind w:right="-115"/>
            <w:jc w:val="right"/>
          </w:pPr>
        </w:p>
      </w:tc>
    </w:tr>
  </w:tbl>
  <w:p w14:paraId="4165B325" w14:textId="36B8A62F" w:rsidR="1E65946D" w:rsidRDefault="1E65946D" w:rsidP="1E6594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2CF08" w14:textId="77777777" w:rsidR="000074AB" w:rsidRDefault="000074AB">
      <w:pPr>
        <w:spacing w:after="0" w:line="240" w:lineRule="auto"/>
      </w:pPr>
      <w:r>
        <w:separator/>
      </w:r>
    </w:p>
  </w:footnote>
  <w:footnote w:type="continuationSeparator" w:id="0">
    <w:p w14:paraId="2A51A4C2" w14:textId="77777777" w:rsidR="000074AB" w:rsidRDefault="00007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6E6F" w14:textId="36B09E50" w:rsidR="30818E9D" w:rsidRDefault="00E50643" w:rsidP="30818E9D">
    <w:pPr>
      <w:pStyle w:val="Header"/>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100FC" w14:textId="30B635DC" w:rsidR="00D878FB" w:rsidRPr="00D878FB" w:rsidRDefault="00D878FB" w:rsidP="00D878FB">
    <w:pPr>
      <w:pStyle w:val="Header"/>
    </w:pPr>
    <w:r>
      <w:rPr>
        <w:noProof/>
      </w:rPr>
      <w:drawing>
        <wp:inline distT="0" distB="0" distL="0" distR="0" wp14:anchorId="593D07BF" wp14:editId="155F0787">
          <wp:extent cx="1809750" cy="771525"/>
          <wp:effectExtent l="0" t="0" r="0" b="0"/>
          <wp:docPr id="1500380720" name="Picture 150038072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8675" name="Picture 142978675"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09750" cy="771525"/>
                  </a:xfrm>
                  <a:prstGeom prst="rect">
                    <a:avLst/>
                  </a:prstGeom>
                </pic:spPr>
              </pic:pic>
            </a:graphicData>
          </a:graphic>
        </wp:inline>
      </w:drawing>
    </w:r>
    <w:r>
      <w:ptab w:relativeTo="margin" w:alignment="center" w:leader="none"/>
    </w:r>
    <w:r w:rsidRPr="30818E9D">
      <w:rPr>
        <w:rFonts w:ascii="Aptos" w:eastAsia="Aptos" w:hAnsi="Aptos" w:cs="Aptos"/>
        <w:b/>
        <w:bCs/>
        <w:color w:val="365F91" w:themeColor="accent1" w:themeShade="BF"/>
        <w:sz w:val="40"/>
        <w:szCs w:val="40"/>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F641DC"/>
    <w:multiLevelType w:val="hybridMultilevel"/>
    <w:tmpl w:val="C8609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9128952">
    <w:abstractNumId w:val="8"/>
  </w:num>
  <w:num w:numId="2" w16cid:durableId="1874073598">
    <w:abstractNumId w:val="6"/>
  </w:num>
  <w:num w:numId="3" w16cid:durableId="330261726">
    <w:abstractNumId w:val="5"/>
  </w:num>
  <w:num w:numId="4" w16cid:durableId="416754611">
    <w:abstractNumId w:val="4"/>
  </w:num>
  <w:num w:numId="5" w16cid:durableId="18433304">
    <w:abstractNumId w:val="7"/>
  </w:num>
  <w:num w:numId="6" w16cid:durableId="29495045">
    <w:abstractNumId w:val="3"/>
  </w:num>
  <w:num w:numId="7" w16cid:durableId="1015427984">
    <w:abstractNumId w:val="2"/>
  </w:num>
  <w:num w:numId="8" w16cid:durableId="631400590">
    <w:abstractNumId w:val="1"/>
  </w:num>
  <w:num w:numId="9" w16cid:durableId="1336884581">
    <w:abstractNumId w:val="0"/>
  </w:num>
  <w:num w:numId="10" w16cid:durableId="614123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ocumentProtection w:edit="forms" w:enforcement="1" w:cryptProviderType="rsaAES" w:cryptAlgorithmClass="hash" w:cryptAlgorithmType="typeAny" w:cryptAlgorithmSid="14" w:cryptSpinCount="100000" w:hash="v4+/x7QFE6S9e0yVCdEhZEQwfg+S5MZPaA3HmfJY6kledqZc26bCTRImC37LYZtbbk7zq5Ipoe8oMuPmFfPZtQ==" w:salt="/hy8w+eiZ1eat9cV6Rk8V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3E4"/>
    <w:rsid w:val="000074AB"/>
    <w:rsid w:val="000101A6"/>
    <w:rsid w:val="0001190A"/>
    <w:rsid w:val="000176FE"/>
    <w:rsid w:val="00023A68"/>
    <w:rsid w:val="00034616"/>
    <w:rsid w:val="00037AFC"/>
    <w:rsid w:val="000562FD"/>
    <w:rsid w:val="0006063C"/>
    <w:rsid w:val="00095187"/>
    <w:rsid w:val="000974C0"/>
    <w:rsid w:val="000B4709"/>
    <w:rsid w:val="000D1C12"/>
    <w:rsid w:val="000E0467"/>
    <w:rsid w:val="000E20E0"/>
    <w:rsid w:val="000F25CA"/>
    <w:rsid w:val="000F3343"/>
    <w:rsid w:val="001005F1"/>
    <w:rsid w:val="001106F7"/>
    <w:rsid w:val="001121CB"/>
    <w:rsid w:val="00135C63"/>
    <w:rsid w:val="00142FAE"/>
    <w:rsid w:val="00144902"/>
    <w:rsid w:val="0015074B"/>
    <w:rsid w:val="00157F3C"/>
    <w:rsid w:val="00161E21"/>
    <w:rsid w:val="00171EA3"/>
    <w:rsid w:val="001774C9"/>
    <w:rsid w:val="001954A8"/>
    <w:rsid w:val="001956F6"/>
    <w:rsid w:val="001B1002"/>
    <w:rsid w:val="001B27F0"/>
    <w:rsid w:val="001C0794"/>
    <w:rsid w:val="001D6396"/>
    <w:rsid w:val="001E675B"/>
    <w:rsid w:val="001F776D"/>
    <w:rsid w:val="002208F4"/>
    <w:rsid w:val="00224963"/>
    <w:rsid w:val="00226298"/>
    <w:rsid w:val="0025496E"/>
    <w:rsid w:val="0027740E"/>
    <w:rsid w:val="0028046D"/>
    <w:rsid w:val="00282DAE"/>
    <w:rsid w:val="0029639D"/>
    <w:rsid w:val="002A25AF"/>
    <w:rsid w:val="002A2932"/>
    <w:rsid w:val="002A731C"/>
    <w:rsid w:val="002B30F5"/>
    <w:rsid w:val="002C0D85"/>
    <w:rsid w:val="002E2D4E"/>
    <w:rsid w:val="002E3ED5"/>
    <w:rsid w:val="002E4D6E"/>
    <w:rsid w:val="002F6270"/>
    <w:rsid w:val="00307BE2"/>
    <w:rsid w:val="003151C4"/>
    <w:rsid w:val="00326F90"/>
    <w:rsid w:val="00334640"/>
    <w:rsid w:val="0035141A"/>
    <w:rsid w:val="00352A32"/>
    <w:rsid w:val="00354207"/>
    <w:rsid w:val="0036524E"/>
    <w:rsid w:val="0037322B"/>
    <w:rsid w:val="003776B5"/>
    <w:rsid w:val="003779EF"/>
    <w:rsid w:val="003D0CF5"/>
    <w:rsid w:val="00424BB8"/>
    <w:rsid w:val="00425996"/>
    <w:rsid w:val="004316BB"/>
    <w:rsid w:val="00447055"/>
    <w:rsid w:val="004530DC"/>
    <w:rsid w:val="00453AD9"/>
    <w:rsid w:val="00471F17"/>
    <w:rsid w:val="0048186B"/>
    <w:rsid w:val="004C72C6"/>
    <w:rsid w:val="004D5116"/>
    <w:rsid w:val="004E23B2"/>
    <w:rsid w:val="004F367F"/>
    <w:rsid w:val="00525506"/>
    <w:rsid w:val="00542641"/>
    <w:rsid w:val="00551B1F"/>
    <w:rsid w:val="005679BB"/>
    <w:rsid w:val="00583263"/>
    <w:rsid w:val="005859CC"/>
    <w:rsid w:val="005962FD"/>
    <w:rsid w:val="005D1C5A"/>
    <w:rsid w:val="005E1B49"/>
    <w:rsid w:val="005E7878"/>
    <w:rsid w:val="00602053"/>
    <w:rsid w:val="006060BD"/>
    <w:rsid w:val="006100F1"/>
    <w:rsid w:val="006115F7"/>
    <w:rsid w:val="0066544C"/>
    <w:rsid w:val="00676443"/>
    <w:rsid w:val="006B3653"/>
    <w:rsid w:val="006C35CF"/>
    <w:rsid w:val="006C456E"/>
    <w:rsid w:val="006E0CA7"/>
    <w:rsid w:val="0070293E"/>
    <w:rsid w:val="007051FF"/>
    <w:rsid w:val="007113CF"/>
    <w:rsid w:val="00711D0A"/>
    <w:rsid w:val="0073724B"/>
    <w:rsid w:val="00784028"/>
    <w:rsid w:val="00790473"/>
    <w:rsid w:val="00792572"/>
    <w:rsid w:val="007A1069"/>
    <w:rsid w:val="007B0127"/>
    <w:rsid w:val="007B527B"/>
    <w:rsid w:val="007C5F05"/>
    <w:rsid w:val="007D7041"/>
    <w:rsid w:val="007E3694"/>
    <w:rsid w:val="007E4E69"/>
    <w:rsid w:val="007F3A8B"/>
    <w:rsid w:val="00814DC4"/>
    <w:rsid w:val="008169E2"/>
    <w:rsid w:val="00820FA6"/>
    <w:rsid w:val="008276FB"/>
    <w:rsid w:val="00827814"/>
    <w:rsid w:val="00852B96"/>
    <w:rsid w:val="008818F3"/>
    <w:rsid w:val="00885173"/>
    <w:rsid w:val="008B4086"/>
    <w:rsid w:val="008D279C"/>
    <w:rsid w:val="008E67A4"/>
    <w:rsid w:val="008F43CF"/>
    <w:rsid w:val="009262BB"/>
    <w:rsid w:val="00926E7B"/>
    <w:rsid w:val="00931B8E"/>
    <w:rsid w:val="00940EA1"/>
    <w:rsid w:val="009415FA"/>
    <w:rsid w:val="009673E3"/>
    <w:rsid w:val="00967C5B"/>
    <w:rsid w:val="00982AC4"/>
    <w:rsid w:val="00990264"/>
    <w:rsid w:val="00990883"/>
    <w:rsid w:val="009B0542"/>
    <w:rsid w:val="009C002E"/>
    <w:rsid w:val="009C508B"/>
    <w:rsid w:val="009C6243"/>
    <w:rsid w:val="009C6A63"/>
    <w:rsid w:val="009D7F1A"/>
    <w:rsid w:val="009E54DA"/>
    <w:rsid w:val="009E7352"/>
    <w:rsid w:val="009F522F"/>
    <w:rsid w:val="009F70AC"/>
    <w:rsid w:val="00A162F9"/>
    <w:rsid w:val="00A32632"/>
    <w:rsid w:val="00A54AFA"/>
    <w:rsid w:val="00A55C36"/>
    <w:rsid w:val="00A65539"/>
    <w:rsid w:val="00A839EE"/>
    <w:rsid w:val="00AA0E5D"/>
    <w:rsid w:val="00AA1D8D"/>
    <w:rsid w:val="00AA1ED5"/>
    <w:rsid w:val="00AB437E"/>
    <w:rsid w:val="00AF5D71"/>
    <w:rsid w:val="00AF6E80"/>
    <w:rsid w:val="00AF787B"/>
    <w:rsid w:val="00B0020E"/>
    <w:rsid w:val="00B11DDD"/>
    <w:rsid w:val="00B14FC9"/>
    <w:rsid w:val="00B31A5D"/>
    <w:rsid w:val="00B35C6B"/>
    <w:rsid w:val="00B47730"/>
    <w:rsid w:val="00B504AA"/>
    <w:rsid w:val="00B65844"/>
    <w:rsid w:val="00B70C4B"/>
    <w:rsid w:val="00B76A7A"/>
    <w:rsid w:val="00B80A4A"/>
    <w:rsid w:val="00BB4480"/>
    <w:rsid w:val="00BE1EC3"/>
    <w:rsid w:val="00BE728E"/>
    <w:rsid w:val="00BF28E1"/>
    <w:rsid w:val="00BF4F76"/>
    <w:rsid w:val="00C059D1"/>
    <w:rsid w:val="00C23E50"/>
    <w:rsid w:val="00C33FDA"/>
    <w:rsid w:val="00C40FDD"/>
    <w:rsid w:val="00C47E0C"/>
    <w:rsid w:val="00C77896"/>
    <w:rsid w:val="00C94BFD"/>
    <w:rsid w:val="00C95B7E"/>
    <w:rsid w:val="00CB0664"/>
    <w:rsid w:val="00CC62F6"/>
    <w:rsid w:val="00CD4DF2"/>
    <w:rsid w:val="00CE54E6"/>
    <w:rsid w:val="00D12F67"/>
    <w:rsid w:val="00D23D42"/>
    <w:rsid w:val="00D55366"/>
    <w:rsid w:val="00D66CAB"/>
    <w:rsid w:val="00D75513"/>
    <w:rsid w:val="00D7696B"/>
    <w:rsid w:val="00D878FB"/>
    <w:rsid w:val="00DA347B"/>
    <w:rsid w:val="00DA5E9A"/>
    <w:rsid w:val="00DC5553"/>
    <w:rsid w:val="00DE13AF"/>
    <w:rsid w:val="00DE1F66"/>
    <w:rsid w:val="00E0379A"/>
    <w:rsid w:val="00E067D9"/>
    <w:rsid w:val="00E11615"/>
    <w:rsid w:val="00E26A09"/>
    <w:rsid w:val="00E32B3D"/>
    <w:rsid w:val="00E352EB"/>
    <w:rsid w:val="00E354D3"/>
    <w:rsid w:val="00E45392"/>
    <w:rsid w:val="00E50643"/>
    <w:rsid w:val="00E81487"/>
    <w:rsid w:val="00E819F4"/>
    <w:rsid w:val="00EA72CA"/>
    <w:rsid w:val="00EC7892"/>
    <w:rsid w:val="00ED0C30"/>
    <w:rsid w:val="00ED5438"/>
    <w:rsid w:val="00ED559D"/>
    <w:rsid w:val="00EE17F6"/>
    <w:rsid w:val="00EE6CAE"/>
    <w:rsid w:val="00EE701C"/>
    <w:rsid w:val="00F07874"/>
    <w:rsid w:val="00F14455"/>
    <w:rsid w:val="00F176FC"/>
    <w:rsid w:val="00F269F8"/>
    <w:rsid w:val="00F30CBF"/>
    <w:rsid w:val="00F315DD"/>
    <w:rsid w:val="00F472B9"/>
    <w:rsid w:val="00F62FEE"/>
    <w:rsid w:val="00F74932"/>
    <w:rsid w:val="00F86BA8"/>
    <w:rsid w:val="00F94F63"/>
    <w:rsid w:val="00FA7BC1"/>
    <w:rsid w:val="00FB4211"/>
    <w:rsid w:val="00FB4F41"/>
    <w:rsid w:val="00FC693F"/>
    <w:rsid w:val="00FE1F24"/>
    <w:rsid w:val="0102BF85"/>
    <w:rsid w:val="01E49B78"/>
    <w:rsid w:val="021485E1"/>
    <w:rsid w:val="0250FC12"/>
    <w:rsid w:val="027EE5BE"/>
    <w:rsid w:val="02A4565F"/>
    <w:rsid w:val="02EF2A04"/>
    <w:rsid w:val="03D67B5E"/>
    <w:rsid w:val="05F08AD2"/>
    <w:rsid w:val="0608549D"/>
    <w:rsid w:val="0677C4BB"/>
    <w:rsid w:val="06A78ED0"/>
    <w:rsid w:val="07C95903"/>
    <w:rsid w:val="0875D0A1"/>
    <w:rsid w:val="0A572A01"/>
    <w:rsid w:val="0D01B34C"/>
    <w:rsid w:val="0D43BA8F"/>
    <w:rsid w:val="0EAE0344"/>
    <w:rsid w:val="0F43E406"/>
    <w:rsid w:val="0F9913B2"/>
    <w:rsid w:val="0FC0ADC5"/>
    <w:rsid w:val="0FF79FC5"/>
    <w:rsid w:val="1064FAC7"/>
    <w:rsid w:val="10AE57D8"/>
    <w:rsid w:val="10C61077"/>
    <w:rsid w:val="11348234"/>
    <w:rsid w:val="12524A65"/>
    <w:rsid w:val="12F08214"/>
    <w:rsid w:val="13A6D11C"/>
    <w:rsid w:val="13D90417"/>
    <w:rsid w:val="14F56CDC"/>
    <w:rsid w:val="15226369"/>
    <w:rsid w:val="15380D5C"/>
    <w:rsid w:val="15753046"/>
    <w:rsid w:val="16B3DCB2"/>
    <w:rsid w:val="16FCECD3"/>
    <w:rsid w:val="170C4D3B"/>
    <w:rsid w:val="17755701"/>
    <w:rsid w:val="184280BD"/>
    <w:rsid w:val="189F715F"/>
    <w:rsid w:val="19851C18"/>
    <w:rsid w:val="1995E9E5"/>
    <w:rsid w:val="199CACEC"/>
    <w:rsid w:val="19B91D7D"/>
    <w:rsid w:val="1B410607"/>
    <w:rsid w:val="1C26F942"/>
    <w:rsid w:val="1C64089B"/>
    <w:rsid w:val="1CAC5414"/>
    <w:rsid w:val="1CBDD804"/>
    <w:rsid w:val="1E65946D"/>
    <w:rsid w:val="1EC9101D"/>
    <w:rsid w:val="208A7FC5"/>
    <w:rsid w:val="20FB3E23"/>
    <w:rsid w:val="2134439C"/>
    <w:rsid w:val="21A87F1F"/>
    <w:rsid w:val="229C7BD9"/>
    <w:rsid w:val="2328D7D4"/>
    <w:rsid w:val="2354CA6D"/>
    <w:rsid w:val="24D0904D"/>
    <w:rsid w:val="24DE2769"/>
    <w:rsid w:val="26123FF2"/>
    <w:rsid w:val="26BB38DA"/>
    <w:rsid w:val="274968A3"/>
    <w:rsid w:val="2785D732"/>
    <w:rsid w:val="280EB3A0"/>
    <w:rsid w:val="28D54957"/>
    <w:rsid w:val="296BED3E"/>
    <w:rsid w:val="29947BD1"/>
    <w:rsid w:val="2A530C3B"/>
    <w:rsid w:val="2A6C64E0"/>
    <w:rsid w:val="2A9291E2"/>
    <w:rsid w:val="2AD8DE06"/>
    <w:rsid w:val="2B9C7E00"/>
    <w:rsid w:val="2BF6286E"/>
    <w:rsid w:val="2C20C39E"/>
    <w:rsid w:val="2D5D73D2"/>
    <w:rsid w:val="2D8EDD8E"/>
    <w:rsid w:val="2DAF11FA"/>
    <w:rsid w:val="2DC2C3DB"/>
    <w:rsid w:val="2F752042"/>
    <w:rsid w:val="2F88FE31"/>
    <w:rsid w:val="304A88F9"/>
    <w:rsid w:val="30818E9D"/>
    <w:rsid w:val="31B97CBB"/>
    <w:rsid w:val="321E95EC"/>
    <w:rsid w:val="3230E988"/>
    <w:rsid w:val="32C4EDA9"/>
    <w:rsid w:val="33420AC3"/>
    <w:rsid w:val="3384ACEE"/>
    <w:rsid w:val="33D9486C"/>
    <w:rsid w:val="33F70E6C"/>
    <w:rsid w:val="3419233D"/>
    <w:rsid w:val="34301A25"/>
    <w:rsid w:val="34FA891F"/>
    <w:rsid w:val="3530B587"/>
    <w:rsid w:val="353C90E4"/>
    <w:rsid w:val="355B11E2"/>
    <w:rsid w:val="35866A5D"/>
    <w:rsid w:val="35C2B345"/>
    <w:rsid w:val="35E24DE5"/>
    <w:rsid w:val="36655D6D"/>
    <w:rsid w:val="36A89341"/>
    <w:rsid w:val="37374764"/>
    <w:rsid w:val="379AF226"/>
    <w:rsid w:val="37AA4FE7"/>
    <w:rsid w:val="37DE9EF5"/>
    <w:rsid w:val="383F759E"/>
    <w:rsid w:val="38952096"/>
    <w:rsid w:val="38D0A54E"/>
    <w:rsid w:val="39AB4322"/>
    <w:rsid w:val="39B4A7E6"/>
    <w:rsid w:val="39B80E09"/>
    <w:rsid w:val="3A0E50A8"/>
    <w:rsid w:val="3A436A7A"/>
    <w:rsid w:val="3A4A2E38"/>
    <w:rsid w:val="3C1F6A15"/>
    <w:rsid w:val="3C38EE23"/>
    <w:rsid w:val="3DEF460A"/>
    <w:rsid w:val="3E409085"/>
    <w:rsid w:val="3F6A4528"/>
    <w:rsid w:val="3F96BC13"/>
    <w:rsid w:val="3FAD7EFC"/>
    <w:rsid w:val="3FCFDD60"/>
    <w:rsid w:val="40151763"/>
    <w:rsid w:val="408942E5"/>
    <w:rsid w:val="416F3833"/>
    <w:rsid w:val="41D90EB3"/>
    <w:rsid w:val="42545442"/>
    <w:rsid w:val="4298CAB9"/>
    <w:rsid w:val="42EF9BF9"/>
    <w:rsid w:val="4503FAA3"/>
    <w:rsid w:val="45A56EE2"/>
    <w:rsid w:val="465E0318"/>
    <w:rsid w:val="4776F9CA"/>
    <w:rsid w:val="4814228D"/>
    <w:rsid w:val="497A3817"/>
    <w:rsid w:val="49A834C4"/>
    <w:rsid w:val="4A36D398"/>
    <w:rsid w:val="4C7AFF8D"/>
    <w:rsid w:val="4DA04C79"/>
    <w:rsid w:val="4EAF6027"/>
    <w:rsid w:val="4F6AC78C"/>
    <w:rsid w:val="4FC22EB6"/>
    <w:rsid w:val="501A44A2"/>
    <w:rsid w:val="5056679C"/>
    <w:rsid w:val="5126A013"/>
    <w:rsid w:val="515CE80E"/>
    <w:rsid w:val="51A0EA5A"/>
    <w:rsid w:val="51A8ECFD"/>
    <w:rsid w:val="526D2317"/>
    <w:rsid w:val="52DC18C5"/>
    <w:rsid w:val="52E3B053"/>
    <w:rsid w:val="532DB1EC"/>
    <w:rsid w:val="5351C449"/>
    <w:rsid w:val="53E42DD6"/>
    <w:rsid w:val="53F0ED7F"/>
    <w:rsid w:val="5433E852"/>
    <w:rsid w:val="544DE09B"/>
    <w:rsid w:val="54CE92D6"/>
    <w:rsid w:val="55FF73C5"/>
    <w:rsid w:val="56BE2959"/>
    <w:rsid w:val="56DE3B0A"/>
    <w:rsid w:val="56E91253"/>
    <w:rsid w:val="574DF54C"/>
    <w:rsid w:val="57B39049"/>
    <w:rsid w:val="59259799"/>
    <w:rsid w:val="5992D169"/>
    <w:rsid w:val="59AE18E1"/>
    <w:rsid w:val="5A3E7709"/>
    <w:rsid w:val="5AF61031"/>
    <w:rsid w:val="5D3807C3"/>
    <w:rsid w:val="5DA7311E"/>
    <w:rsid w:val="5DDE1282"/>
    <w:rsid w:val="5E1A6513"/>
    <w:rsid w:val="5FA035A8"/>
    <w:rsid w:val="6089645F"/>
    <w:rsid w:val="60B5F8FF"/>
    <w:rsid w:val="611F7070"/>
    <w:rsid w:val="613501A8"/>
    <w:rsid w:val="61C7444E"/>
    <w:rsid w:val="624E1C56"/>
    <w:rsid w:val="62B2A2FB"/>
    <w:rsid w:val="62C0E0FD"/>
    <w:rsid w:val="63230EA9"/>
    <w:rsid w:val="63833151"/>
    <w:rsid w:val="639733ED"/>
    <w:rsid w:val="639C77D5"/>
    <w:rsid w:val="63EB06B4"/>
    <w:rsid w:val="644E1E36"/>
    <w:rsid w:val="6475337A"/>
    <w:rsid w:val="649DE1BE"/>
    <w:rsid w:val="659D3123"/>
    <w:rsid w:val="65C5FE86"/>
    <w:rsid w:val="675C88C3"/>
    <w:rsid w:val="677DC9DB"/>
    <w:rsid w:val="67E28A3D"/>
    <w:rsid w:val="695499A8"/>
    <w:rsid w:val="69B31EDF"/>
    <w:rsid w:val="6AF4BC0C"/>
    <w:rsid w:val="6D7294DB"/>
    <w:rsid w:val="6DA67231"/>
    <w:rsid w:val="6DCE0372"/>
    <w:rsid w:val="6DE869A3"/>
    <w:rsid w:val="6E147154"/>
    <w:rsid w:val="6EA86F7F"/>
    <w:rsid w:val="6F642AFE"/>
    <w:rsid w:val="6FC13CFC"/>
    <w:rsid w:val="708BD708"/>
    <w:rsid w:val="70A51E50"/>
    <w:rsid w:val="70F38C15"/>
    <w:rsid w:val="712ED05D"/>
    <w:rsid w:val="71F09E79"/>
    <w:rsid w:val="730A3053"/>
    <w:rsid w:val="73B44728"/>
    <w:rsid w:val="75115778"/>
    <w:rsid w:val="756A8747"/>
    <w:rsid w:val="757B0062"/>
    <w:rsid w:val="7697E800"/>
    <w:rsid w:val="77C60F2F"/>
    <w:rsid w:val="7899E940"/>
    <w:rsid w:val="7973D5B3"/>
    <w:rsid w:val="79CC384D"/>
    <w:rsid w:val="79DAAB3E"/>
    <w:rsid w:val="7A06B5F4"/>
    <w:rsid w:val="7A260F84"/>
    <w:rsid w:val="7ADB240B"/>
    <w:rsid w:val="7AF46AE5"/>
    <w:rsid w:val="7CA5FC21"/>
    <w:rsid w:val="7D9120C0"/>
    <w:rsid w:val="7DE2243B"/>
    <w:rsid w:val="7DF2D798"/>
    <w:rsid w:val="7E18BC4B"/>
    <w:rsid w:val="7F7733F7"/>
    <w:rsid w:val="7FE5C4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BE967"/>
  <w14:defaultImageDpi w14:val="330"/>
  <w15:docId w15:val="{72DF0B56-593D-453F-9CD4-4F28F3CA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AB437E"/>
    <w:rPr>
      <w:sz w:val="16"/>
      <w:szCs w:val="16"/>
    </w:rPr>
  </w:style>
  <w:style w:type="paragraph" w:styleId="CommentText">
    <w:name w:val="annotation text"/>
    <w:basedOn w:val="Normal"/>
    <w:link w:val="CommentTextChar"/>
    <w:uiPriority w:val="99"/>
    <w:unhideWhenUsed/>
    <w:rsid w:val="00AB437E"/>
    <w:pPr>
      <w:spacing w:line="240" w:lineRule="auto"/>
    </w:pPr>
    <w:rPr>
      <w:sz w:val="20"/>
      <w:szCs w:val="20"/>
    </w:rPr>
  </w:style>
  <w:style w:type="character" w:customStyle="1" w:styleId="CommentTextChar">
    <w:name w:val="Comment Text Char"/>
    <w:basedOn w:val="DefaultParagraphFont"/>
    <w:link w:val="CommentText"/>
    <w:uiPriority w:val="99"/>
    <w:rsid w:val="00AB437E"/>
    <w:rPr>
      <w:sz w:val="20"/>
      <w:szCs w:val="20"/>
    </w:rPr>
  </w:style>
  <w:style w:type="paragraph" w:styleId="CommentSubject">
    <w:name w:val="annotation subject"/>
    <w:basedOn w:val="CommentText"/>
    <w:next w:val="CommentText"/>
    <w:link w:val="CommentSubjectChar"/>
    <w:uiPriority w:val="99"/>
    <w:semiHidden/>
    <w:unhideWhenUsed/>
    <w:rsid w:val="00AB437E"/>
    <w:rPr>
      <w:b/>
      <w:bCs/>
    </w:rPr>
  </w:style>
  <w:style w:type="character" w:customStyle="1" w:styleId="CommentSubjectChar">
    <w:name w:val="Comment Subject Char"/>
    <w:basedOn w:val="CommentTextChar"/>
    <w:link w:val="CommentSubject"/>
    <w:uiPriority w:val="99"/>
    <w:semiHidden/>
    <w:rsid w:val="00AB437E"/>
    <w:rPr>
      <w:b/>
      <w:bCs/>
      <w:sz w:val="20"/>
      <w:szCs w:val="20"/>
    </w:rPr>
  </w:style>
  <w:style w:type="paragraph" w:styleId="Revision">
    <w:name w:val="Revision"/>
    <w:hidden/>
    <w:uiPriority w:val="99"/>
    <w:semiHidden/>
    <w:rsid w:val="00E26A09"/>
    <w:pPr>
      <w:spacing w:after="0" w:line="240" w:lineRule="auto"/>
    </w:pPr>
  </w:style>
  <w:style w:type="character" w:styleId="Hyperlink">
    <w:name w:val="Hyperlink"/>
    <w:basedOn w:val="DefaultParagraphFont"/>
    <w:uiPriority w:val="99"/>
    <w:unhideWhenUsed/>
    <w:rsid w:val="00A54AFA"/>
    <w:rPr>
      <w:color w:val="0000FF" w:themeColor="hyperlink"/>
      <w:u w:val="single"/>
    </w:rPr>
  </w:style>
  <w:style w:type="character" w:styleId="UnresolvedMention">
    <w:name w:val="Unresolved Mention"/>
    <w:basedOn w:val="DefaultParagraphFont"/>
    <w:uiPriority w:val="99"/>
    <w:semiHidden/>
    <w:unhideWhenUsed/>
    <w:rsid w:val="00A54AFA"/>
    <w:rPr>
      <w:color w:val="605E5C"/>
      <w:shd w:val="clear" w:color="auto" w:fill="E1DFDD"/>
    </w:rPr>
  </w:style>
  <w:style w:type="character" w:styleId="PlaceholderText">
    <w:name w:val="Placeholder Text"/>
    <w:basedOn w:val="DefaultParagraphFont"/>
    <w:uiPriority w:val="99"/>
    <w:semiHidden/>
    <w:rsid w:val="00BE1EC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7535">
      <w:bodyDiv w:val="1"/>
      <w:marLeft w:val="0"/>
      <w:marRight w:val="0"/>
      <w:marTop w:val="0"/>
      <w:marBottom w:val="0"/>
      <w:divBdr>
        <w:top w:val="none" w:sz="0" w:space="0" w:color="auto"/>
        <w:left w:val="none" w:sz="0" w:space="0" w:color="auto"/>
        <w:bottom w:val="none" w:sz="0" w:space="0" w:color="auto"/>
        <w:right w:val="none" w:sz="0" w:space="0" w:color="auto"/>
      </w:divBdr>
    </w:div>
    <w:div w:id="5300717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6E46CE1-6A5A-42EF-81F2-508CBDFC2BD0}"/>
      </w:docPartPr>
      <w:docPartBody>
        <w:p w:rsidR="00000000" w:rsidRDefault="00E15163">
          <w:r w:rsidRPr="00551D8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77BE5C5-2F9F-40FE-9815-BA697FCD413C}"/>
      </w:docPartPr>
      <w:docPartBody>
        <w:p w:rsidR="00000000" w:rsidRDefault="00E15163">
          <w:r w:rsidRPr="00551D8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163"/>
    <w:rsid w:val="00227CD5"/>
    <w:rsid w:val="009F70AC"/>
    <w:rsid w:val="00E15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51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CF11246-E79B-4343-8BCB-675E645D375D}"/>
</file>

<file path=customXml/itemProps3.xml><?xml version="1.0" encoding="utf-8"?>
<ds:datastoreItem xmlns:ds="http://schemas.openxmlformats.org/officeDocument/2006/customXml" ds:itemID="{3FE2D116-894E-454F-950C-49F0398D4851}">
  <ds:schemaRefs>
    <ds:schemaRef ds:uri="http://schemas.microsoft.com/sharepoint/v3/contenttype/forms"/>
  </ds:schemaRefs>
</ds:datastoreItem>
</file>

<file path=customXml/itemProps4.xml><?xml version="1.0" encoding="utf-8"?>
<ds:datastoreItem xmlns:ds="http://schemas.openxmlformats.org/officeDocument/2006/customXml" ds:itemID="{AEACEF95-6440-4682-AB76-4BBC3F6A56CB}">
  <ds:schemaRefs>
    <ds:schemaRef ds:uri="http://schemas.microsoft.com/office/2006/metadata/properties"/>
    <ds:schemaRef ds:uri="http://schemas.microsoft.com/office/infopath/2007/PartnerControls"/>
    <ds:schemaRef ds:uri="1601ba15-990e-4dbc-810a-d55bf99938fb"/>
    <ds:schemaRef ds:uri="2419de00-490e-444a-bd43-c7039b894b84"/>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Reece Mills</cp:lastModifiedBy>
  <cp:revision>27</cp:revision>
  <dcterms:created xsi:type="dcterms:W3CDTF">2026-09-11T10:09:00Z</dcterms:created>
  <dcterms:modified xsi:type="dcterms:W3CDTF">2026-09-11T11:11:00Z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GrammarlyDocumentId">
    <vt:lpwstr>1957112f-15ed-4178-913e-b0629eb89a4a</vt:lpwstr>
  </property>
</Properties>
</file>